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1843"/>
        <w:gridCol w:w="8930"/>
      </w:tblGrid>
      <w:tr w:rsidR="0042256B" w:rsidRPr="009D3BB1" w14:paraId="3F03E73E" w14:textId="77777777" w:rsidTr="009D3BB1">
        <w:trPr>
          <w:trHeight w:val="1709"/>
          <w:jc w:val="center"/>
        </w:trPr>
        <w:tc>
          <w:tcPr>
            <w:tcW w:w="1843" w:type="dxa"/>
          </w:tcPr>
          <w:p w14:paraId="11CAAFA7" w14:textId="77777777" w:rsidR="0042256B" w:rsidRPr="009D3BB1" w:rsidRDefault="00000000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  <w:noProof/>
              </w:rPr>
              <w:drawing>
                <wp:inline distT="0" distB="0" distL="0" distR="0" wp14:anchorId="4A1E8E8F" wp14:editId="7D517270">
                  <wp:extent cx="866698" cy="87761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GPS logo(6)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826" cy="894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14:paraId="79355CC2" w14:textId="77777777" w:rsidR="009D3BB1" w:rsidRPr="009D3BB1" w:rsidRDefault="00000000">
            <w:pPr>
              <w:jc w:val="center"/>
              <w:rPr>
                <w:rFonts w:ascii="Calibri" w:hAnsi="Calibri" w:cs="Calibri"/>
                <w:b/>
                <w:color w:val="6E328C"/>
                <w:sz w:val="14"/>
                <w:szCs w:val="6"/>
              </w:rPr>
            </w:pPr>
            <w:r w:rsidRPr="009D3BB1">
              <w:rPr>
                <w:rFonts w:ascii="Calibri" w:hAnsi="Calibri" w:cs="Calibri"/>
                <w:b/>
                <w:color w:val="236E3C"/>
                <w:sz w:val="40"/>
                <w:szCs w:val="20"/>
              </w:rPr>
              <w:t>Volunteer, Student Placement &amp; Work Experience</w:t>
            </w:r>
            <w:r w:rsidRPr="009D3BB1">
              <w:rPr>
                <w:rFonts w:ascii="Calibri" w:hAnsi="Calibri" w:cs="Calibri"/>
                <w:b/>
                <w:color w:val="236E3C"/>
                <w:sz w:val="44"/>
              </w:rPr>
              <w:br/>
            </w:r>
          </w:p>
          <w:p w14:paraId="27C155C3" w14:textId="3F1A90E4" w:rsidR="0042256B" w:rsidRPr="009D3BB1" w:rsidRDefault="00000000">
            <w:pPr>
              <w:jc w:val="center"/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  <w:b/>
                <w:color w:val="6E328C"/>
                <w:sz w:val="36"/>
              </w:rPr>
              <w:t>Application Form</w:t>
            </w:r>
          </w:p>
        </w:tc>
      </w:tr>
    </w:tbl>
    <w:p w14:paraId="13CB015B" w14:textId="159F4448" w:rsidR="0042256B" w:rsidRPr="009D3BB1" w:rsidRDefault="00000000">
      <w:pPr>
        <w:jc w:val="center"/>
        <w:rPr>
          <w:rFonts w:ascii="Calibri" w:hAnsi="Calibri" w:cs="Calibri"/>
          <w:sz w:val="32"/>
          <w:szCs w:val="32"/>
        </w:rPr>
      </w:pPr>
      <w:r w:rsidRPr="009D3BB1">
        <w:rPr>
          <w:rFonts w:ascii="Calibri" w:hAnsi="Calibri" w:cs="Calibri"/>
          <w:i/>
          <w:sz w:val="32"/>
          <w:szCs w:val="32"/>
        </w:rPr>
        <w:t>At Marsh Green Primary School, we aspire to be a place where everyone belongs, everyone is valued and everyone can succeed.</w:t>
      </w:r>
    </w:p>
    <w:p w14:paraId="6DFFACA3" w14:textId="77777777" w:rsidR="0042256B" w:rsidRPr="009D3BB1" w:rsidRDefault="00000000">
      <w:pPr>
        <w:pStyle w:val="Heading2"/>
        <w:rPr>
          <w:rFonts w:ascii="Calibri" w:hAnsi="Calibri" w:cs="Calibri"/>
          <w:color w:val="00B050"/>
        </w:rPr>
      </w:pPr>
      <w:r w:rsidRPr="009D3BB1">
        <w:rPr>
          <w:rFonts w:ascii="Calibri" w:hAnsi="Calibri" w:cs="Calibri"/>
          <w:color w:val="00B050"/>
        </w:rPr>
        <w:t>Welcome</w:t>
      </w:r>
    </w:p>
    <w:p w14:paraId="048EEC58" w14:textId="77777777" w:rsidR="0042256B" w:rsidRPr="009D3BB1" w:rsidRDefault="00000000" w:rsidP="006E77E2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Thank you for your interest in volunteering at Marsh Green Primary School.</w:t>
      </w:r>
      <w:r w:rsidRPr="009D3BB1">
        <w:rPr>
          <w:rFonts w:ascii="Calibri" w:hAnsi="Calibri" w:cs="Calibri"/>
        </w:rPr>
        <w:br/>
      </w:r>
      <w:r w:rsidRPr="009D3BB1">
        <w:rPr>
          <w:rFonts w:ascii="Calibri" w:hAnsi="Calibri" w:cs="Calibri"/>
        </w:rPr>
        <w:br/>
        <w:t>We are delighted that you are considering becoming part of our school community. Volunteers and placement students make a valuable contribution to school life by supporting children, sharing their skills and helping us provide the very best opportunities for every pupil.</w:t>
      </w:r>
      <w:r w:rsidRPr="009D3BB1">
        <w:rPr>
          <w:rFonts w:ascii="Calibri" w:hAnsi="Calibri" w:cs="Calibri"/>
        </w:rPr>
        <w:br/>
      </w:r>
      <w:r w:rsidRPr="009D3BB1">
        <w:rPr>
          <w:rFonts w:ascii="Calibri" w:hAnsi="Calibri" w:cs="Calibri"/>
        </w:rPr>
        <w:br/>
        <w:t>Whether you are volunteering as a parent or member of the community, completing a school, college or university placement, training to become a Teaching Assistant or Teacher, or gaining work experience, we look forward to learning more about you.</w:t>
      </w:r>
    </w:p>
    <w:p w14:paraId="7A0D9AA5" w14:textId="77777777" w:rsidR="0042256B" w:rsidRPr="009D3BB1" w:rsidRDefault="00000000">
      <w:pPr>
        <w:pStyle w:val="Heading2"/>
        <w:rPr>
          <w:rFonts w:ascii="Calibri" w:hAnsi="Calibri" w:cs="Calibri"/>
          <w:color w:val="00B050"/>
        </w:rPr>
      </w:pPr>
      <w:r w:rsidRPr="009D3BB1">
        <w:rPr>
          <w:rFonts w:ascii="Calibri" w:hAnsi="Calibri" w:cs="Calibri"/>
          <w:color w:val="00B050"/>
        </w:rPr>
        <w:t>Our Commitment to You</w:t>
      </w:r>
    </w:p>
    <w:p w14:paraId="76F2B25C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✓</w:t>
      </w:r>
      <w:r w:rsidRPr="009D3BB1">
        <w:rPr>
          <w:rFonts w:ascii="Calibri" w:hAnsi="Calibri" w:cs="Calibri"/>
        </w:rPr>
        <w:t xml:space="preserve"> Welcome you into our friendly and inclusive school community.</w:t>
      </w:r>
    </w:p>
    <w:p w14:paraId="57B16E87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✓</w:t>
      </w:r>
      <w:r w:rsidRPr="009D3BB1">
        <w:rPr>
          <w:rFonts w:ascii="Calibri" w:hAnsi="Calibri" w:cs="Calibri"/>
        </w:rPr>
        <w:t xml:space="preserve"> Provide a full induction before you begin.</w:t>
      </w:r>
    </w:p>
    <w:p w14:paraId="4CEA1BAA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✓</w:t>
      </w:r>
      <w:r w:rsidRPr="009D3BB1">
        <w:rPr>
          <w:rFonts w:ascii="Calibri" w:hAnsi="Calibri" w:cs="Calibri"/>
        </w:rPr>
        <w:t xml:space="preserve"> Explain your role and provide ongoing support.</w:t>
      </w:r>
    </w:p>
    <w:p w14:paraId="4C3434CE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✓</w:t>
      </w:r>
      <w:r w:rsidRPr="009D3BB1">
        <w:rPr>
          <w:rFonts w:ascii="Calibri" w:hAnsi="Calibri" w:cs="Calibri"/>
        </w:rPr>
        <w:t xml:space="preserve"> Treat you with dignity, respect and professionalism.</w:t>
      </w:r>
    </w:p>
    <w:p w14:paraId="09DA99D5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✓</w:t>
      </w:r>
      <w:r w:rsidRPr="009D3BB1">
        <w:rPr>
          <w:rFonts w:ascii="Calibri" w:hAnsi="Calibri" w:cs="Calibri"/>
        </w:rPr>
        <w:t xml:space="preserve"> Help you develop your confidence, knowledge and skills.</w:t>
      </w:r>
    </w:p>
    <w:p w14:paraId="224C2F70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✓</w:t>
      </w:r>
      <w:r w:rsidRPr="009D3BB1">
        <w:rPr>
          <w:rFonts w:ascii="Calibri" w:hAnsi="Calibri" w:cs="Calibri"/>
        </w:rPr>
        <w:t xml:space="preserve"> Recognise and value the contribution you make to our children.</w:t>
      </w:r>
    </w:p>
    <w:p w14:paraId="5FC491DC" w14:textId="77777777" w:rsidR="0042256B" w:rsidRPr="009D3BB1" w:rsidRDefault="00000000">
      <w:pPr>
        <w:pStyle w:val="Heading2"/>
        <w:rPr>
          <w:rFonts w:ascii="Calibri" w:hAnsi="Calibri" w:cs="Calibri"/>
          <w:color w:val="00B050"/>
        </w:rPr>
      </w:pPr>
      <w:r w:rsidRPr="009D3BB1">
        <w:rPr>
          <w:rFonts w:ascii="Calibri" w:hAnsi="Calibri" w:cs="Calibri"/>
          <w:color w:val="00B050"/>
        </w:rPr>
        <w:t>Before You Complete This Form</w:t>
      </w:r>
    </w:p>
    <w:p w14:paraId="131C8B47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Calibri" w:hAnsi="Calibri" w:cs="Calibri"/>
        </w:rPr>
        <w:t>• Completing this application does not guarantee a placement.</w:t>
      </w:r>
    </w:p>
    <w:p w14:paraId="4917DAEA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Calibri" w:hAnsi="Calibri" w:cs="Calibri"/>
        </w:rPr>
        <w:t>• Placements are offered subject to availability and the needs of the school.</w:t>
      </w:r>
    </w:p>
    <w:p w14:paraId="33361EB9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Calibri" w:hAnsi="Calibri" w:cs="Calibri"/>
        </w:rPr>
        <w:t>• Successful applicants must complete all safeguarding and pre-employment checks before starting.</w:t>
      </w:r>
    </w:p>
    <w:p w14:paraId="3E455F45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Calibri" w:hAnsi="Calibri" w:cs="Calibri"/>
        </w:rPr>
        <w:t>• References will normally be obtained before a placement is confirmed.</w:t>
      </w:r>
    </w:p>
    <w:p w14:paraId="0664BF86" w14:textId="77777777" w:rsidR="0042256B" w:rsidRPr="009D3BB1" w:rsidRDefault="00000000" w:rsidP="00AB00D3">
      <w:pPr>
        <w:spacing w:after="0"/>
        <w:rPr>
          <w:rFonts w:ascii="Calibri" w:hAnsi="Calibri" w:cs="Calibri"/>
        </w:rPr>
      </w:pPr>
      <w:r w:rsidRPr="009D3BB1">
        <w:rPr>
          <w:rFonts w:ascii="Calibri" w:hAnsi="Calibri" w:cs="Calibri"/>
        </w:rPr>
        <w:t>• We may invite you to an informal meeting before offering a placement.</w:t>
      </w:r>
    </w:p>
    <w:p w14:paraId="6D81715E" w14:textId="77777777" w:rsidR="00AB00D3" w:rsidRPr="009D3BB1" w:rsidRDefault="00AB00D3" w:rsidP="00AB00D3">
      <w:pPr>
        <w:spacing w:after="0"/>
        <w:rPr>
          <w:rFonts w:ascii="Calibri" w:hAnsi="Calibri" w:cs="Calibri"/>
          <w:sz w:val="12"/>
          <w:szCs w:val="12"/>
        </w:rPr>
      </w:pPr>
    </w:p>
    <w:p w14:paraId="621428E8" w14:textId="77777777" w:rsidR="0042256B" w:rsidRPr="009D3BB1" w:rsidRDefault="00000000">
      <w:pPr>
        <w:pStyle w:val="Heading2"/>
        <w:rPr>
          <w:rFonts w:ascii="Calibri" w:hAnsi="Calibri" w:cs="Calibri"/>
          <w:color w:val="00B050"/>
        </w:rPr>
      </w:pPr>
      <w:r w:rsidRPr="009D3BB1">
        <w:rPr>
          <w:rFonts w:ascii="Calibri" w:hAnsi="Calibri" w:cs="Calibri"/>
          <w:color w:val="00B050"/>
        </w:rPr>
        <w:t>How did you hear about us?</w:t>
      </w:r>
    </w:p>
    <w:p w14:paraId="3A723315" w14:textId="3FD63BB6" w:rsidR="0042256B" w:rsidRPr="009D3BB1" w:rsidRDefault="00000000">
      <w:pPr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School Website    </w:t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Parent    </w:t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Friend / Family    </w:t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Member of Staff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College / University    </w:t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Social Media    </w:t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Local Community</w:t>
      </w:r>
      <w:r w:rsidRPr="009D3BB1">
        <w:rPr>
          <w:rFonts w:ascii="Calibri" w:hAnsi="Calibri" w:cs="Calibri"/>
        </w:rPr>
        <w:br/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Other ________________________________________________</w:t>
      </w:r>
    </w:p>
    <w:p w14:paraId="6735F588" w14:textId="18BD8E0F" w:rsidR="00F50A8A" w:rsidRPr="009D3BB1" w:rsidRDefault="00F50A8A" w:rsidP="00F50A8A">
      <w:pPr>
        <w:pStyle w:val="Heading1"/>
        <w:rPr>
          <w:rFonts w:ascii="Calibri" w:hAnsi="Calibri" w:cs="Calibri"/>
          <w:color w:val="7030A0"/>
        </w:rPr>
      </w:pPr>
      <w:r w:rsidRPr="009D3BB1">
        <w:rPr>
          <w:rFonts w:ascii="Calibri" w:hAnsi="Calibri" w:cs="Calibri"/>
          <w:color w:val="7030A0"/>
        </w:rPr>
        <w:lastRenderedPageBreak/>
        <w:t>Section 1 – About You</w:t>
      </w:r>
    </w:p>
    <w:p w14:paraId="1C194D42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complete all sections below. The information you provide will help us identify a suitable placement and ensure we can support you effectively.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8"/>
        <w:gridCol w:w="5106"/>
      </w:tblGrid>
      <w:tr w:rsidR="00F50A8A" w:rsidRPr="009D3BB1" w14:paraId="2254BEDC" w14:textId="77777777" w:rsidTr="00AE4AB3">
        <w:tc>
          <w:tcPr>
            <w:tcW w:w="5112" w:type="dxa"/>
          </w:tcPr>
          <w:p w14:paraId="4A14E365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 xml:space="preserve">Full </w:t>
            </w:r>
            <w:r w:rsidR="00AB00D3" w:rsidRPr="009D3BB1">
              <w:rPr>
                <w:rFonts w:ascii="Calibri" w:hAnsi="Calibri" w:cs="Calibri"/>
              </w:rPr>
              <w:t xml:space="preserve">Legal </w:t>
            </w:r>
            <w:r w:rsidRPr="009D3BB1">
              <w:rPr>
                <w:rFonts w:ascii="Calibri" w:hAnsi="Calibri" w:cs="Calibri"/>
              </w:rPr>
              <w:t>Name</w:t>
            </w:r>
          </w:p>
          <w:p w14:paraId="11B59134" w14:textId="7E89960C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7D904284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7DA4E759" w14:textId="77777777" w:rsidTr="00AE4AB3">
        <w:tc>
          <w:tcPr>
            <w:tcW w:w="5112" w:type="dxa"/>
          </w:tcPr>
          <w:p w14:paraId="0DF3429E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Preferred Name</w:t>
            </w:r>
          </w:p>
          <w:p w14:paraId="282ACFF8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0D7932F7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4377BA43" w14:textId="77777777" w:rsidTr="00AE4AB3">
        <w:tc>
          <w:tcPr>
            <w:tcW w:w="5112" w:type="dxa"/>
          </w:tcPr>
          <w:p w14:paraId="27D10FE0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Home Address</w:t>
            </w:r>
          </w:p>
          <w:p w14:paraId="3A4C3552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18A66B86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1116A317" w14:textId="77777777" w:rsidTr="00AE4AB3">
        <w:tc>
          <w:tcPr>
            <w:tcW w:w="5112" w:type="dxa"/>
          </w:tcPr>
          <w:p w14:paraId="29458A16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Postcode</w:t>
            </w:r>
          </w:p>
          <w:p w14:paraId="63317A39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7C2ACD65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3A0CAC6E" w14:textId="77777777" w:rsidTr="00AE4AB3">
        <w:tc>
          <w:tcPr>
            <w:tcW w:w="5112" w:type="dxa"/>
          </w:tcPr>
          <w:p w14:paraId="09CA0AA4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Date of Birth</w:t>
            </w:r>
          </w:p>
          <w:p w14:paraId="2C7B6586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14F29A0D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1FD9A358" w14:textId="77777777" w:rsidTr="00AE4AB3">
        <w:tc>
          <w:tcPr>
            <w:tcW w:w="5112" w:type="dxa"/>
          </w:tcPr>
          <w:p w14:paraId="4FF68672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Telephone Number</w:t>
            </w:r>
          </w:p>
          <w:p w14:paraId="133FCB49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11666266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1918FEEF" w14:textId="77777777" w:rsidTr="00AE4AB3">
        <w:tc>
          <w:tcPr>
            <w:tcW w:w="5112" w:type="dxa"/>
          </w:tcPr>
          <w:p w14:paraId="2B634779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Mobile Number</w:t>
            </w:r>
          </w:p>
          <w:p w14:paraId="7B5C3AF6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1C4EE0F6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5DE59603" w14:textId="77777777" w:rsidTr="00AE4AB3">
        <w:tc>
          <w:tcPr>
            <w:tcW w:w="5112" w:type="dxa"/>
          </w:tcPr>
          <w:p w14:paraId="642ED03A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Email Address</w:t>
            </w:r>
          </w:p>
          <w:p w14:paraId="6EF8C7D3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5916E1E9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09B37A95" w14:textId="77777777" w:rsidTr="00AE4AB3">
        <w:tc>
          <w:tcPr>
            <w:tcW w:w="5112" w:type="dxa"/>
          </w:tcPr>
          <w:p w14:paraId="4BB8E048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Emergency Contact (Name, Relationship &amp; Telephone Number)</w:t>
            </w:r>
          </w:p>
        </w:tc>
        <w:tc>
          <w:tcPr>
            <w:tcW w:w="5112" w:type="dxa"/>
          </w:tcPr>
          <w:p w14:paraId="0E811947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93498A" w:rsidRPr="009D3BB1" w14:paraId="009CD8A3" w14:textId="77777777" w:rsidTr="00AE4AB3">
        <w:tc>
          <w:tcPr>
            <w:tcW w:w="5112" w:type="dxa"/>
          </w:tcPr>
          <w:p w14:paraId="50920AED" w14:textId="15197329" w:rsidR="0093498A" w:rsidRPr="009D3BB1" w:rsidRDefault="009349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 xml:space="preserve">First </w:t>
            </w:r>
            <w:r w:rsidR="00C72C2E" w:rsidRPr="009D3BB1">
              <w:rPr>
                <w:rFonts w:ascii="Calibri" w:hAnsi="Calibri" w:cs="Calibri"/>
              </w:rPr>
              <w:t>L</w:t>
            </w:r>
            <w:r w:rsidRPr="009D3BB1">
              <w:rPr>
                <w:rFonts w:ascii="Calibri" w:hAnsi="Calibri" w:cs="Calibri"/>
              </w:rPr>
              <w:t>anguage</w:t>
            </w:r>
          </w:p>
          <w:p w14:paraId="1DEE80E3" w14:textId="23241A49" w:rsidR="00C72C2E" w:rsidRPr="009D3BB1" w:rsidRDefault="00C72C2E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61D34221" w14:textId="77777777" w:rsidR="0093498A" w:rsidRPr="009D3BB1" w:rsidRDefault="0093498A" w:rsidP="00AE4AB3">
            <w:pPr>
              <w:rPr>
                <w:rFonts w:ascii="Calibri" w:hAnsi="Calibri" w:cs="Calibri"/>
              </w:rPr>
            </w:pPr>
          </w:p>
        </w:tc>
      </w:tr>
      <w:tr w:rsidR="0093498A" w:rsidRPr="009D3BB1" w14:paraId="755F31CF" w14:textId="77777777" w:rsidTr="00AE4AB3">
        <w:tc>
          <w:tcPr>
            <w:tcW w:w="5112" w:type="dxa"/>
          </w:tcPr>
          <w:p w14:paraId="0A1674C6" w14:textId="68190C53" w:rsidR="0093498A" w:rsidRPr="009D3BB1" w:rsidRDefault="009349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 xml:space="preserve">Other </w:t>
            </w:r>
            <w:r w:rsidR="00C72C2E" w:rsidRPr="009D3BB1">
              <w:rPr>
                <w:rFonts w:ascii="Calibri" w:hAnsi="Calibri" w:cs="Calibri"/>
              </w:rPr>
              <w:t>L</w:t>
            </w:r>
            <w:r w:rsidRPr="009D3BB1">
              <w:rPr>
                <w:rFonts w:ascii="Calibri" w:hAnsi="Calibri" w:cs="Calibri"/>
              </w:rPr>
              <w:t>anguages</w:t>
            </w:r>
          </w:p>
          <w:p w14:paraId="0D596724" w14:textId="4591DF15" w:rsidR="00C72C2E" w:rsidRPr="009D3BB1" w:rsidRDefault="00C72C2E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12" w:type="dxa"/>
          </w:tcPr>
          <w:p w14:paraId="39D682A8" w14:textId="77777777" w:rsidR="0093498A" w:rsidRPr="009D3BB1" w:rsidRDefault="0093498A" w:rsidP="00AE4AB3">
            <w:pPr>
              <w:rPr>
                <w:rFonts w:ascii="Calibri" w:hAnsi="Calibri" w:cs="Calibri"/>
              </w:rPr>
            </w:pPr>
          </w:p>
        </w:tc>
      </w:tr>
    </w:tbl>
    <w:p w14:paraId="45726C09" w14:textId="77777777" w:rsidR="00F50A8A" w:rsidRPr="009D3BB1" w:rsidRDefault="00F50A8A" w:rsidP="00F50A8A">
      <w:pPr>
        <w:rPr>
          <w:rFonts w:ascii="Calibri" w:hAnsi="Calibri" w:cs="Calibri"/>
        </w:rPr>
      </w:pPr>
    </w:p>
    <w:p w14:paraId="51A7812A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Medical Information</w:t>
      </w:r>
    </w:p>
    <w:p w14:paraId="221317AE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tell us about any medical conditions, disabilities or reasonable adjustments that we should be aware of to help support you during your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F50A8A" w:rsidRPr="009D3BB1" w14:paraId="3C2BC804" w14:textId="77777777" w:rsidTr="00AB00D3">
        <w:tc>
          <w:tcPr>
            <w:tcW w:w="10214" w:type="dxa"/>
          </w:tcPr>
          <w:p w14:paraId="65E8DB54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  <w:p w14:paraId="11EA5924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  <w:p w14:paraId="1BF3F285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  <w:p w14:paraId="6949AEF7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  <w:p w14:paraId="51802582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</w:tr>
    </w:tbl>
    <w:p w14:paraId="3361F31E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Data Protection</w:t>
      </w:r>
    </w:p>
    <w:p w14:paraId="4FB89087" w14:textId="77777777" w:rsidR="00F50A8A" w:rsidRPr="009D3BB1" w:rsidRDefault="00F50A8A" w:rsidP="006E77E2">
      <w:pPr>
        <w:jc w:val="both"/>
        <w:rPr>
          <w:rFonts w:ascii="Calibri" w:hAnsi="Calibri" w:cs="Calibri"/>
        </w:rPr>
      </w:pPr>
      <w:r w:rsidRPr="009D3BB1">
        <w:rPr>
          <w:rFonts w:ascii="Calibri" w:hAnsi="Calibri" w:cs="Calibri"/>
        </w:rPr>
        <w:t>The information you provide will be used only for the purpose of processing your application and, where appropriate, arranging a volunteer or placement opportunity. Your personal information will be handled in accordance with UK GDPR and the school's Privacy Notice.</w:t>
      </w:r>
    </w:p>
    <w:p w14:paraId="0666838C" w14:textId="77777777" w:rsidR="00AB00D3" w:rsidRPr="009D3BB1" w:rsidRDefault="00AB00D3" w:rsidP="00F50A8A">
      <w:pPr>
        <w:rPr>
          <w:rFonts w:ascii="Calibri" w:hAnsi="Calibri" w:cs="Calibri"/>
        </w:rPr>
      </w:pPr>
    </w:p>
    <w:p w14:paraId="37935350" w14:textId="77777777" w:rsidR="006E77E2" w:rsidRDefault="006E77E2" w:rsidP="00F50A8A">
      <w:pPr>
        <w:pStyle w:val="Heading1"/>
        <w:rPr>
          <w:rFonts w:ascii="Calibri" w:hAnsi="Calibri" w:cs="Calibri"/>
          <w:color w:val="7030A0"/>
        </w:rPr>
      </w:pPr>
    </w:p>
    <w:p w14:paraId="68ACA887" w14:textId="6A96D5C2" w:rsidR="00F50A8A" w:rsidRPr="009D3BB1" w:rsidRDefault="00F50A8A" w:rsidP="00F50A8A">
      <w:pPr>
        <w:pStyle w:val="Heading1"/>
        <w:rPr>
          <w:rFonts w:ascii="Calibri" w:hAnsi="Calibri" w:cs="Calibri"/>
          <w:color w:val="7030A0"/>
        </w:rPr>
      </w:pPr>
      <w:r w:rsidRPr="009D3BB1">
        <w:rPr>
          <w:rFonts w:ascii="Calibri" w:hAnsi="Calibri" w:cs="Calibri"/>
          <w:color w:val="7030A0"/>
        </w:rPr>
        <w:t>Section 2 – Your Placement</w:t>
      </w:r>
    </w:p>
    <w:p w14:paraId="42CA28F2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tell us about the type of placement you are looking for and your availability.</w:t>
      </w:r>
    </w:p>
    <w:p w14:paraId="6091A6F3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Placement Type</w:t>
      </w:r>
    </w:p>
    <w:p w14:paraId="4EBEACB7" w14:textId="655F6356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Parent Volunteer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Community Volunteer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Sixth Form Work Experience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College Placement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University Placement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Teaching Assistant Course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Other __________________________________</w:t>
      </w:r>
    </w:p>
    <w:p w14:paraId="03F4CCAA" w14:textId="5C85B974" w:rsidR="00F50A8A" w:rsidRPr="009D3BB1" w:rsidRDefault="00C72C2E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Wh</w:t>
      </w:r>
      <w:r w:rsidR="00823C35">
        <w:rPr>
          <w:rFonts w:ascii="Calibri" w:hAnsi="Calibri" w:cs="Calibri"/>
          <w:color w:val="009900"/>
        </w:rPr>
        <w:t xml:space="preserve">ere </w:t>
      </w:r>
      <w:r w:rsidRPr="009D3BB1">
        <w:rPr>
          <w:rFonts w:ascii="Calibri" w:hAnsi="Calibri" w:cs="Calibri"/>
          <w:color w:val="009900"/>
        </w:rPr>
        <w:t xml:space="preserve">would you like to </w:t>
      </w:r>
      <w:r w:rsidR="00823C35">
        <w:rPr>
          <w:rFonts w:ascii="Calibri" w:hAnsi="Calibri" w:cs="Calibri"/>
          <w:color w:val="009900"/>
        </w:rPr>
        <w:t>volunteer</w:t>
      </w:r>
      <w:r w:rsidRPr="009D3BB1">
        <w:rPr>
          <w:rFonts w:ascii="Calibri" w:hAnsi="Calibri" w:cs="Calibri"/>
          <w:color w:val="009900"/>
        </w:rPr>
        <w:t>?</w:t>
      </w:r>
    </w:p>
    <w:p w14:paraId="338EDF71" w14:textId="77777777" w:rsidR="00A259E0" w:rsidRDefault="00F50A8A" w:rsidP="00A259E0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</w:t>
      </w:r>
      <w:r w:rsidR="00AB00D3" w:rsidRPr="009D3BB1">
        <w:rPr>
          <w:rFonts w:ascii="Calibri" w:hAnsi="Calibri" w:cs="Calibri"/>
        </w:rPr>
        <w:t>Early Years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Key Stage 1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Lower Key Stage 2</w:t>
      </w:r>
      <w:r w:rsidRPr="009D3BB1">
        <w:rPr>
          <w:rFonts w:ascii="Calibri" w:hAnsi="Calibri" w:cs="Calibri"/>
        </w:rPr>
        <w:br/>
      </w: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Upper Key Stage 2</w:t>
      </w:r>
    </w:p>
    <w:p w14:paraId="3432219D" w14:textId="77777777" w:rsidR="00823C35" w:rsidRDefault="00A259E0" w:rsidP="00823C35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School Office (not in the classroom)</w:t>
      </w:r>
    </w:p>
    <w:p w14:paraId="615C439D" w14:textId="3B812B3F" w:rsidR="00F50A8A" w:rsidRPr="009D3BB1" w:rsidRDefault="00823C35" w:rsidP="00F50A8A">
      <w:pPr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Lunch times </w:t>
      </w:r>
      <w:r w:rsidR="00F50A8A" w:rsidRPr="009D3BB1">
        <w:rPr>
          <w:rFonts w:ascii="Calibri" w:hAnsi="Calibri" w:cs="Calibri"/>
        </w:rPr>
        <w:br/>
      </w:r>
      <w:r w:rsidR="00F50A8A" w:rsidRPr="009D3BB1">
        <w:rPr>
          <w:rFonts w:ascii="Segoe UI Symbol" w:hAnsi="Segoe UI Symbol" w:cs="Segoe UI Symbol"/>
        </w:rPr>
        <w:t>☐</w:t>
      </w:r>
      <w:r w:rsidR="00F50A8A" w:rsidRPr="009D3BB1">
        <w:rPr>
          <w:rFonts w:ascii="Calibri" w:hAnsi="Calibri" w:cs="Calibri"/>
        </w:rPr>
        <w:t xml:space="preserve"> No Preference</w:t>
      </w:r>
    </w:p>
    <w:p w14:paraId="2B9ABE2B" w14:textId="4644B9AF" w:rsidR="00F50A8A" w:rsidRPr="009D3BB1" w:rsidRDefault="00C72C2E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When would you like to spend time in school each week?</w:t>
      </w:r>
      <w:r w:rsidR="00823C35">
        <w:rPr>
          <w:rFonts w:ascii="Calibri" w:hAnsi="Calibri" w:cs="Calibri"/>
          <w:color w:val="00990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3"/>
        <w:gridCol w:w="1702"/>
        <w:gridCol w:w="1702"/>
        <w:gridCol w:w="1703"/>
        <w:gridCol w:w="1702"/>
        <w:gridCol w:w="1702"/>
      </w:tblGrid>
      <w:tr w:rsidR="00F50A8A" w:rsidRPr="009D3BB1" w14:paraId="1D842066" w14:textId="77777777" w:rsidTr="00823C35">
        <w:tc>
          <w:tcPr>
            <w:tcW w:w="1703" w:type="dxa"/>
          </w:tcPr>
          <w:p w14:paraId="6A7E532E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  <w:tc>
          <w:tcPr>
            <w:tcW w:w="1702" w:type="dxa"/>
          </w:tcPr>
          <w:p w14:paraId="0B4A0A91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Monday</w:t>
            </w:r>
          </w:p>
        </w:tc>
        <w:tc>
          <w:tcPr>
            <w:tcW w:w="1702" w:type="dxa"/>
          </w:tcPr>
          <w:p w14:paraId="32842402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Tuesday</w:t>
            </w:r>
          </w:p>
        </w:tc>
        <w:tc>
          <w:tcPr>
            <w:tcW w:w="1703" w:type="dxa"/>
          </w:tcPr>
          <w:p w14:paraId="12663792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Wednesday</w:t>
            </w:r>
          </w:p>
        </w:tc>
        <w:tc>
          <w:tcPr>
            <w:tcW w:w="1702" w:type="dxa"/>
          </w:tcPr>
          <w:p w14:paraId="766EA385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Thursday</w:t>
            </w:r>
          </w:p>
        </w:tc>
        <w:tc>
          <w:tcPr>
            <w:tcW w:w="1702" w:type="dxa"/>
          </w:tcPr>
          <w:p w14:paraId="0D840A19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Friday</w:t>
            </w:r>
          </w:p>
        </w:tc>
      </w:tr>
      <w:tr w:rsidR="00F50A8A" w:rsidRPr="009D3BB1" w14:paraId="10EB8F5C" w14:textId="77777777" w:rsidTr="00823C35">
        <w:tc>
          <w:tcPr>
            <w:tcW w:w="1703" w:type="dxa"/>
          </w:tcPr>
          <w:p w14:paraId="70DBAF2F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Morning</w:t>
            </w:r>
          </w:p>
        </w:tc>
        <w:tc>
          <w:tcPr>
            <w:tcW w:w="1702" w:type="dxa"/>
          </w:tcPr>
          <w:p w14:paraId="36DC9EE0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48C7DA81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3" w:type="dxa"/>
          </w:tcPr>
          <w:p w14:paraId="36166C9E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1551B681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7AD322D0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</w:tr>
      <w:tr w:rsidR="00F50A8A" w:rsidRPr="009D3BB1" w14:paraId="3474E443" w14:textId="77777777" w:rsidTr="00823C35">
        <w:tc>
          <w:tcPr>
            <w:tcW w:w="1703" w:type="dxa"/>
          </w:tcPr>
          <w:p w14:paraId="37E77166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Afternoon</w:t>
            </w:r>
          </w:p>
        </w:tc>
        <w:tc>
          <w:tcPr>
            <w:tcW w:w="1702" w:type="dxa"/>
          </w:tcPr>
          <w:p w14:paraId="44F619A4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30427C46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3" w:type="dxa"/>
          </w:tcPr>
          <w:p w14:paraId="01A65F27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669D06D9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311CAF11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</w:tr>
      <w:tr w:rsidR="00F50A8A" w:rsidRPr="009D3BB1" w14:paraId="31B70B3D" w14:textId="77777777" w:rsidTr="00823C35">
        <w:tc>
          <w:tcPr>
            <w:tcW w:w="1703" w:type="dxa"/>
          </w:tcPr>
          <w:p w14:paraId="0365A3F4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Full Day</w:t>
            </w:r>
          </w:p>
        </w:tc>
        <w:tc>
          <w:tcPr>
            <w:tcW w:w="1702" w:type="dxa"/>
          </w:tcPr>
          <w:p w14:paraId="6D4F714C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1BBA7084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3" w:type="dxa"/>
          </w:tcPr>
          <w:p w14:paraId="5A7B2DD3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4299E87F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2" w:type="dxa"/>
          </w:tcPr>
          <w:p w14:paraId="257918BF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1E47D7AE" w14:textId="77777777" w:rsidR="00823C35" w:rsidRDefault="00823C35" w:rsidP="00F50A8A">
      <w:pPr>
        <w:rPr>
          <w:rFonts w:ascii="Calibri" w:hAnsi="Calibri" w:cs="Calibri"/>
        </w:rPr>
      </w:pPr>
    </w:p>
    <w:p w14:paraId="6E04F8FC" w14:textId="29CC50E3" w:rsidR="00823C35" w:rsidRDefault="00823C35" w:rsidP="00823C35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(Tick if applies)</w:t>
      </w:r>
    </w:p>
    <w:p w14:paraId="15E00ACC" w14:textId="54F22E86" w:rsidR="00823C35" w:rsidRDefault="00823C35" w:rsidP="00823C35">
      <w:pPr>
        <w:spacing w:after="0"/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I just want to help on school trips </w:t>
      </w:r>
    </w:p>
    <w:p w14:paraId="46EF219E" w14:textId="6330FE62" w:rsidR="00823C35" w:rsidRPr="009D3BB1" w:rsidRDefault="00823C35" w:rsidP="00823C35">
      <w:pPr>
        <w:rPr>
          <w:rFonts w:ascii="Calibri" w:hAnsi="Calibri" w:cs="Calibri"/>
        </w:rPr>
      </w:pPr>
      <w:r w:rsidRPr="009D3BB1">
        <w:rPr>
          <w:rFonts w:ascii="Segoe UI Symbol" w:hAnsi="Segoe UI Symbol" w:cs="Segoe UI Symbol"/>
        </w:rPr>
        <w:t>☐</w:t>
      </w:r>
      <w:r w:rsidRPr="009D3BB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</w:rPr>
        <w:t>want to help sometimes but not every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3982"/>
      </w:tblGrid>
      <w:tr w:rsidR="00F50A8A" w:rsidRPr="009D3BB1" w14:paraId="7F674CF7" w14:textId="77777777" w:rsidTr="00823C35">
        <w:tc>
          <w:tcPr>
            <w:tcW w:w="6232" w:type="dxa"/>
          </w:tcPr>
          <w:p w14:paraId="14D44EDA" w14:textId="0C3E0C87" w:rsidR="00F50A8A" w:rsidRPr="009D3BB1" w:rsidRDefault="00823C35" w:rsidP="00AE4AB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When are you available to start?</w:t>
            </w:r>
          </w:p>
        </w:tc>
        <w:tc>
          <w:tcPr>
            <w:tcW w:w="3982" w:type="dxa"/>
          </w:tcPr>
          <w:p w14:paraId="2FE1AAEF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351F8506" w14:textId="77777777" w:rsidTr="00823C35">
        <w:tc>
          <w:tcPr>
            <w:tcW w:w="6232" w:type="dxa"/>
          </w:tcPr>
          <w:p w14:paraId="39009E23" w14:textId="0252A386" w:rsidR="00F50A8A" w:rsidRPr="009D3BB1" w:rsidRDefault="00823C35" w:rsidP="00AE4AB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many times a week do you want to volunteer?</w:t>
            </w:r>
          </w:p>
        </w:tc>
        <w:tc>
          <w:tcPr>
            <w:tcW w:w="3982" w:type="dxa"/>
          </w:tcPr>
          <w:p w14:paraId="67BF68AC" w14:textId="2CCC2B47" w:rsidR="00F50A8A" w:rsidRPr="009D3BB1" w:rsidRDefault="00F50A8A" w:rsidP="00A259E0">
            <w:pPr>
              <w:jc w:val="right"/>
              <w:rPr>
                <w:rFonts w:ascii="Calibri" w:hAnsi="Calibri" w:cs="Calibri"/>
              </w:rPr>
            </w:pPr>
          </w:p>
        </w:tc>
      </w:tr>
      <w:tr w:rsidR="00823C35" w:rsidRPr="009D3BB1" w14:paraId="55A4D8DF" w14:textId="77777777" w:rsidTr="00823C35">
        <w:tc>
          <w:tcPr>
            <w:tcW w:w="6232" w:type="dxa"/>
          </w:tcPr>
          <w:p w14:paraId="39AEA212" w14:textId="79D57119" w:rsidR="00823C35" w:rsidRPr="00823C35" w:rsidRDefault="00823C35" w:rsidP="00AE4AB3">
            <w:pPr>
              <w:rPr>
                <w:rFonts w:ascii="Calibri" w:hAnsi="Calibri" w:cs="Calibri"/>
                <w:lang w:val="en-GB"/>
              </w:rPr>
            </w:pPr>
            <w:r w:rsidRPr="00823C35">
              <w:rPr>
                <w:rFonts w:ascii="Calibri" w:hAnsi="Calibri" w:cs="Calibri"/>
                <w:lang w:val="en-GB"/>
              </w:rPr>
              <w:t>If you’re volunteering as part of a college course, how many school placement hours</w:t>
            </w:r>
            <w:r>
              <w:rPr>
                <w:rFonts w:ascii="Calibri" w:hAnsi="Calibri" w:cs="Calibri"/>
                <w:lang w:val="en-GB"/>
              </w:rPr>
              <w:t>/days</w:t>
            </w:r>
            <w:r w:rsidRPr="00823C35">
              <w:rPr>
                <w:rFonts w:ascii="Calibri" w:hAnsi="Calibri" w:cs="Calibri"/>
                <w:lang w:val="en-GB"/>
              </w:rPr>
              <w:t xml:space="preserve"> do you need</w:t>
            </w:r>
            <w:r>
              <w:rPr>
                <w:rFonts w:ascii="Calibri" w:hAnsi="Calibri" w:cs="Calibri"/>
                <w:lang w:val="en-GB"/>
              </w:rPr>
              <w:t xml:space="preserve"> to volunteer for</w:t>
            </w:r>
            <w:r w:rsidRPr="00823C35">
              <w:rPr>
                <w:rFonts w:ascii="Calibri" w:hAnsi="Calibri" w:cs="Calibri"/>
                <w:lang w:val="en-GB"/>
              </w:rPr>
              <w:t>?</w:t>
            </w:r>
          </w:p>
        </w:tc>
        <w:tc>
          <w:tcPr>
            <w:tcW w:w="3982" w:type="dxa"/>
          </w:tcPr>
          <w:p w14:paraId="7B8C6FAA" w14:textId="77777777" w:rsidR="00823C35" w:rsidRDefault="00823C35" w:rsidP="00A259E0">
            <w:pPr>
              <w:jc w:val="right"/>
              <w:rPr>
                <w:rFonts w:ascii="Calibri" w:hAnsi="Calibri" w:cs="Calibri"/>
              </w:rPr>
            </w:pPr>
          </w:p>
        </w:tc>
      </w:tr>
    </w:tbl>
    <w:p w14:paraId="1497F3A6" w14:textId="77777777" w:rsidR="00823C35" w:rsidRDefault="00823C35" w:rsidP="00F50A8A">
      <w:pPr>
        <w:pStyle w:val="Heading2"/>
        <w:rPr>
          <w:rFonts w:ascii="Calibri" w:hAnsi="Calibri" w:cs="Calibri"/>
          <w:color w:val="009900"/>
        </w:rPr>
      </w:pPr>
    </w:p>
    <w:p w14:paraId="3457A54F" w14:textId="77777777" w:rsidR="00823C35" w:rsidRDefault="00823C35" w:rsidP="00823C35"/>
    <w:p w14:paraId="0517859A" w14:textId="77777777" w:rsidR="00823C35" w:rsidRPr="00823C35" w:rsidRDefault="00823C35" w:rsidP="00823C35"/>
    <w:p w14:paraId="153EF84C" w14:textId="4B79A411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Current Situation</w:t>
      </w:r>
    </w:p>
    <w:p w14:paraId="2BC8292B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tell us about your current situation (e.g. employed, retired, parent, college student, university student, etc.).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F50A8A" w:rsidRPr="009D3BB1" w14:paraId="087415CA" w14:textId="77777777" w:rsidTr="00B823E6">
        <w:tc>
          <w:tcPr>
            <w:tcW w:w="10214" w:type="dxa"/>
          </w:tcPr>
          <w:p w14:paraId="4E698FD9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  <w:p w14:paraId="661B6FE3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38D5E3E6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38E01AE2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</w:tr>
    </w:tbl>
    <w:p w14:paraId="505400BB" w14:textId="7BB2B58C" w:rsidR="00F50A8A" w:rsidRPr="009D3BB1" w:rsidRDefault="00F50A8A" w:rsidP="00F50A8A">
      <w:pPr>
        <w:pStyle w:val="Heading1"/>
        <w:rPr>
          <w:rFonts w:ascii="Calibri" w:hAnsi="Calibri" w:cs="Calibri"/>
          <w:color w:val="7030A0"/>
        </w:rPr>
      </w:pPr>
      <w:r w:rsidRPr="009D3BB1">
        <w:rPr>
          <w:rFonts w:ascii="Calibri" w:hAnsi="Calibri" w:cs="Calibri"/>
          <w:color w:val="7030A0"/>
        </w:rPr>
        <w:t>Section 3 – Your Experience &amp; Interests</w:t>
      </w:r>
    </w:p>
    <w:p w14:paraId="41ACD775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This information will help us match your skills, experience and interests to the most suitable placement within our school.</w:t>
      </w:r>
    </w:p>
    <w:p w14:paraId="1ED26EF6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Education &amp; Qualifications</w:t>
      </w:r>
    </w:p>
    <w:p w14:paraId="09F7837A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tell us about any qualifications you have gained or are currently studying towards.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F50A8A" w:rsidRPr="009D3BB1" w14:paraId="58824763" w14:textId="77777777" w:rsidTr="00B823E6">
        <w:tc>
          <w:tcPr>
            <w:tcW w:w="10214" w:type="dxa"/>
          </w:tcPr>
          <w:p w14:paraId="455F86C1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  <w:p w14:paraId="26789312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21F2C1FC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777B83F5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</w:tr>
    </w:tbl>
    <w:p w14:paraId="3BB07AC0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Previous Experience</w:t>
      </w:r>
    </w:p>
    <w:p w14:paraId="7C61FC27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describe any previous experience of working or volunteering with children or young people.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F50A8A" w:rsidRPr="009D3BB1" w14:paraId="3D890A17" w14:textId="77777777" w:rsidTr="00B823E6">
        <w:tc>
          <w:tcPr>
            <w:tcW w:w="10214" w:type="dxa"/>
          </w:tcPr>
          <w:p w14:paraId="5C8A1127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  <w:p w14:paraId="011AB4A8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0FFCFBA6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56134D4B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</w:tr>
    </w:tbl>
    <w:p w14:paraId="4E3F3F5D" w14:textId="77777777" w:rsidR="00F50A8A" w:rsidRPr="009D3BB1" w:rsidRDefault="00F50A8A" w:rsidP="00F50A8A">
      <w:pPr>
        <w:pStyle w:val="Heading2"/>
        <w:rPr>
          <w:rFonts w:ascii="Calibri" w:hAnsi="Calibri" w:cs="Calibri"/>
        </w:rPr>
      </w:pPr>
      <w:r w:rsidRPr="009D3BB1">
        <w:rPr>
          <w:rFonts w:ascii="Calibri" w:hAnsi="Calibri" w:cs="Calibri"/>
          <w:color w:val="009900"/>
        </w:rPr>
        <w:t>Skills, Hobbies &amp; Interests</w:t>
      </w:r>
    </w:p>
    <w:p w14:paraId="6B6EA26E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tell us about any skills, hobbies or interests that you could share with our pupils (e.g. reading, art, music, sport, gardening, computing, languages, STEM, drama etc.).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F50A8A" w:rsidRPr="009D3BB1" w14:paraId="3B23F585" w14:textId="77777777" w:rsidTr="00B823E6">
        <w:tc>
          <w:tcPr>
            <w:tcW w:w="10214" w:type="dxa"/>
          </w:tcPr>
          <w:p w14:paraId="21F27715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  <w:p w14:paraId="3F84BBFA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220730DF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0E5A5963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</w:tr>
    </w:tbl>
    <w:p w14:paraId="6C860F3A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Why would you like to volunteer at Marsh Green Primary School?</w:t>
      </w:r>
    </w:p>
    <w:p w14:paraId="6E032804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We would love to hear why you are interested in joining our school community.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F50A8A" w:rsidRPr="009D3BB1" w14:paraId="00114451" w14:textId="77777777" w:rsidTr="00B823E6">
        <w:tc>
          <w:tcPr>
            <w:tcW w:w="10214" w:type="dxa"/>
          </w:tcPr>
          <w:p w14:paraId="2B630C52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  <w:p w14:paraId="5391CFBA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556D5320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0A231CB7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</w:tr>
    </w:tbl>
    <w:p w14:paraId="5FFDE581" w14:textId="77777777" w:rsidR="00823C35" w:rsidRDefault="00823C35" w:rsidP="00F50A8A">
      <w:pPr>
        <w:pStyle w:val="Heading2"/>
        <w:rPr>
          <w:rFonts w:ascii="Calibri" w:hAnsi="Calibri" w:cs="Calibri"/>
          <w:color w:val="009900"/>
        </w:rPr>
      </w:pPr>
    </w:p>
    <w:p w14:paraId="376BFA3F" w14:textId="726D23A8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What do you hope to gain from this placement?</w:t>
      </w:r>
    </w:p>
    <w:p w14:paraId="446C16E2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tell us what you hope to learn or achieve during your time with us.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F50A8A" w:rsidRPr="009D3BB1" w14:paraId="573E2971" w14:textId="77777777" w:rsidTr="00B823E6">
        <w:tc>
          <w:tcPr>
            <w:tcW w:w="10214" w:type="dxa"/>
          </w:tcPr>
          <w:p w14:paraId="6C802F61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  <w:p w14:paraId="6A06C3D5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5FA53F69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  <w:p w14:paraId="01B6A755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</w:tr>
    </w:tbl>
    <w:p w14:paraId="2D3B8482" w14:textId="77777777" w:rsidR="00F50A8A" w:rsidRPr="009D3BB1" w:rsidRDefault="00F50A8A" w:rsidP="00F50A8A">
      <w:pPr>
        <w:pStyle w:val="Heading1"/>
        <w:rPr>
          <w:rFonts w:ascii="Calibri" w:hAnsi="Calibri" w:cs="Calibri"/>
          <w:color w:val="7030A0"/>
        </w:rPr>
      </w:pPr>
      <w:r w:rsidRPr="009D3BB1">
        <w:rPr>
          <w:rFonts w:ascii="Calibri" w:hAnsi="Calibri" w:cs="Calibri"/>
          <w:color w:val="7030A0"/>
        </w:rPr>
        <w:t>Section 4 – References, Declaration &amp; Office Use</w:t>
      </w:r>
    </w:p>
    <w:p w14:paraId="5F5733A2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Children Attending Marsh Green Primary School</w:t>
      </w:r>
    </w:p>
    <w:p w14:paraId="2F64C7D6" w14:textId="7777777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>Please tell us if you are related to any child currently attending Marsh Green Primary School. Volunteers are not normally placed in a class with a close family member.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5"/>
        <w:gridCol w:w="3404"/>
        <w:gridCol w:w="3405"/>
      </w:tblGrid>
      <w:tr w:rsidR="00F50A8A" w:rsidRPr="009D3BB1" w14:paraId="53225680" w14:textId="77777777" w:rsidTr="00AE4AB3">
        <w:tc>
          <w:tcPr>
            <w:tcW w:w="3408" w:type="dxa"/>
          </w:tcPr>
          <w:p w14:paraId="48532B7E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Child's Name</w:t>
            </w:r>
          </w:p>
        </w:tc>
        <w:tc>
          <w:tcPr>
            <w:tcW w:w="3408" w:type="dxa"/>
          </w:tcPr>
          <w:p w14:paraId="39B856F1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Class</w:t>
            </w:r>
          </w:p>
        </w:tc>
        <w:tc>
          <w:tcPr>
            <w:tcW w:w="3408" w:type="dxa"/>
          </w:tcPr>
          <w:p w14:paraId="6FEC310B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Relationship</w:t>
            </w:r>
          </w:p>
        </w:tc>
      </w:tr>
      <w:tr w:rsidR="00F50A8A" w:rsidRPr="009D3BB1" w14:paraId="390BAA03" w14:textId="77777777" w:rsidTr="00AE4AB3">
        <w:tc>
          <w:tcPr>
            <w:tcW w:w="3408" w:type="dxa"/>
          </w:tcPr>
          <w:p w14:paraId="675D4EBB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  <w:tc>
          <w:tcPr>
            <w:tcW w:w="3408" w:type="dxa"/>
          </w:tcPr>
          <w:p w14:paraId="01A23ACC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  <w:tc>
          <w:tcPr>
            <w:tcW w:w="3408" w:type="dxa"/>
          </w:tcPr>
          <w:p w14:paraId="47B655F0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F50A8A" w:rsidRPr="009D3BB1" w14:paraId="074361F5" w14:textId="77777777" w:rsidTr="00AE4AB3">
        <w:tc>
          <w:tcPr>
            <w:tcW w:w="3408" w:type="dxa"/>
          </w:tcPr>
          <w:p w14:paraId="0F860185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  <w:tc>
          <w:tcPr>
            <w:tcW w:w="3408" w:type="dxa"/>
          </w:tcPr>
          <w:p w14:paraId="22F50949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  <w:tc>
          <w:tcPr>
            <w:tcW w:w="3408" w:type="dxa"/>
          </w:tcPr>
          <w:p w14:paraId="2D71F150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</w:p>
        </w:tc>
      </w:tr>
      <w:tr w:rsidR="00B823E6" w:rsidRPr="009D3BB1" w14:paraId="11098D87" w14:textId="77777777" w:rsidTr="00AE4AB3">
        <w:tc>
          <w:tcPr>
            <w:tcW w:w="3408" w:type="dxa"/>
          </w:tcPr>
          <w:p w14:paraId="78854DAA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  <w:tc>
          <w:tcPr>
            <w:tcW w:w="3408" w:type="dxa"/>
          </w:tcPr>
          <w:p w14:paraId="2D015943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  <w:tc>
          <w:tcPr>
            <w:tcW w:w="3408" w:type="dxa"/>
          </w:tcPr>
          <w:p w14:paraId="27CA2566" w14:textId="77777777" w:rsidR="00B823E6" w:rsidRPr="009D3BB1" w:rsidRDefault="00B823E6" w:rsidP="00AE4AB3">
            <w:pPr>
              <w:rPr>
                <w:rFonts w:ascii="Calibri" w:hAnsi="Calibri" w:cs="Calibri"/>
              </w:rPr>
            </w:pPr>
          </w:p>
        </w:tc>
      </w:tr>
    </w:tbl>
    <w:p w14:paraId="3F11A9F4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Character References</w:t>
      </w:r>
    </w:p>
    <w:p w14:paraId="23B1C717" w14:textId="6331C7E7" w:rsidR="00F50A8A" w:rsidRPr="009D3BB1" w:rsidRDefault="00F50A8A" w:rsidP="00F50A8A">
      <w:pPr>
        <w:rPr>
          <w:rFonts w:ascii="Calibri" w:hAnsi="Calibri" w:cs="Calibri"/>
        </w:rPr>
      </w:pPr>
      <w:r w:rsidRPr="009D3BB1">
        <w:rPr>
          <w:rFonts w:ascii="Calibri" w:hAnsi="Calibri" w:cs="Calibri"/>
        </w:rPr>
        <w:t xml:space="preserve">Please provide </w:t>
      </w:r>
      <w:r w:rsidR="00C72C2E" w:rsidRPr="009D3BB1">
        <w:rPr>
          <w:rFonts w:ascii="Calibri" w:hAnsi="Calibri" w:cs="Calibri"/>
        </w:rPr>
        <w:t>name and contact details of two adults who can provide a character reference for you.  This must</w:t>
      </w:r>
      <w:r w:rsidRPr="009D3BB1">
        <w:rPr>
          <w:rFonts w:ascii="Calibri" w:hAnsi="Calibri" w:cs="Calibri"/>
        </w:rPr>
        <w:t xml:space="preserve"> not </w:t>
      </w:r>
      <w:r w:rsidR="00C72C2E" w:rsidRPr="009D3BB1">
        <w:rPr>
          <w:rFonts w:ascii="Calibri" w:hAnsi="Calibri" w:cs="Calibri"/>
        </w:rPr>
        <w:t xml:space="preserve">be a </w:t>
      </w:r>
      <w:r w:rsidRPr="009D3BB1">
        <w:rPr>
          <w:rFonts w:ascii="Calibri" w:hAnsi="Calibri" w:cs="Calibri"/>
        </w:rPr>
        <w:t>member of your family.</w:t>
      </w:r>
    </w:p>
    <w:p w14:paraId="762F81D6" w14:textId="77777777" w:rsidR="00F50A8A" w:rsidRPr="009D3BB1" w:rsidRDefault="00F50A8A" w:rsidP="00F50A8A">
      <w:pPr>
        <w:pStyle w:val="Heading3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Reference 1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397"/>
        <w:gridCol w:w="6804"/>
      </w:tblGrid>
      <w:tr w:rsidR="009D3BB1" w:rsidRPr="009D3BB1" w14:paraId="1D7DD5A9" w14:textId="7B97C1FD" w:rsidTr="009D3BB1">
        <w:tc>
          <w:tcPr>
            <w:tcW w:w="3397" w:type="dxa"/>
          </w:tcPr>
          <w:p w14:paraId="7A84CA16" w14:textId="15EB0FE9" w:rsidR="009D3BB1" w:rsidRPr="009D3BB1" w:rsidRDefault="009D3BB1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Name</w:t>
            </w:r>
          </w:p>
        </w:tc>
        <w:tc>
          <w:tcPr>
            <w:tcW w:w="6804" w:type="dxa"/>
          </w:tcPr>
          <w:p w14:paraId="07FA05D8" w14:textId="77777777" w:rsidR="009D3BB1" w:rsidRPr="009D3BB1" w:rsidRDefault="009D3BB1" w:rsidP="00C72C2E">
            <w:pPr>
              <w:rPr>
                <w:rFonts w:ascii="Calibri" w:hAnsi="Calibri" w:cs="Calibri"/>
              </w:rPr>
            </w:pPr>
          </w:p>
        </w:tc>
      </w:tr>
      <w:tr w:rsidR="009D3BB1" w:rsidRPr="009D3BB1" w14:paraId="46D257A0" w14:textId="1DBED78F" w:rsidTr="009D3BB1">
        <w:tc>
          <w:tcPr>
            <w:tcW w:w="3397" w:type="dxa"/>
          </w:tcPr>
          <w:p w14:paraId="4A1A439A" w14:textId="75CE2C77" w:rsidR="009D3BB1" w:rsidRPr="009D3BB1" w:rsidRDefault="009D3BB1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Relationship to You</w:t>
            </w:r>
          </w:p>
        </w:tc>
        <w:tc>
          <w:tcPr>
            <w:tcW w:w="6804" w:type="dxa"/>
          </w:tcPr>
          <w:p w14:paraId="3D60433E" w14:textId="77777777" w:rsidR="009D3BB1" w:rsidRPr="009D3BB1" w:rsidRDefault="009D3BB1" w:rsidP="00C72C2E">
            <w:pPr>
              <w:rPr>
                <w:rFonts w:ascii="Calibri" w:hAnsi="Calibri" w:cs="Calibri"/>
              </w:rPr>
            </w:pPr>
          </w:p>
        </w:tc>
      </w:tr>
      <w:tr w:rsidR="009D3BB1" w:rsidRPr="009D3BB1" w14:paraId="7516B8D0" w14:textId="31008781" w:rsidTr="009D3BB1">
        <w:tc>
          <w:tcPr>
            <w:tcW w:w="3397" w:type="dxa"/>
          </w:tcPr>
          <w:p w14:paraId="5B33C7EC" w14:textId="018CD4BC" w:rsidR="009D3BB1" w:rsidRPr="009D3BB1" w:rsidRDefault="009D3BB1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How long have they known you?</w:t>
            </w:r>
          </w:p>
        </w:tc>
        <w:tc>
          <w:tcPr>
            <w:tcW w:w="6804" w:type="dxa"/>
          </w:tcPr>
          <w:p w14:paraId="7C5B1B81" w14:textId="77777777" w:rsidR="009D3BB1" w:rsidRPr="009D3BB1" w:rsidRDefault="009D3BB1" w:rsidP="00C72C2E">
            <w:pPr>
              <w:rPr>
                <w:rFonts w:ascii="Calibri" w:hAnsi="Calibri" w:cs="Calibri"/>
              </w:rPr>
            </w:pPr>
          </w:p>
        </w:tc>
      </w:tr>
      <w:tr w:rsidR="009D3BB1" w:rsidRPr="009D3BB1" w14:paraId="6A463460" w14:textId="4E3B142E" w:rsidTr="009D3BB1">
        <w:tc>
          <w:tcPr>
            <w:tcW w:w="3397" w:type="dxa"/>
          </w:tcPr>
          <w:p w14:paraId="7645A653" w14:textId="12C9DB62" w:rsidR="009D3BB1" w:rsidRPr="009D3BB1" w:rsidRDefault="009D3BB1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Email Address</w:t>
            </w:r>
          </w:p>
        </w:tc>
        <w:tc>
          <w:tcPr>
            <w:tcW w:w="6804" w:type="dxa"/>
          </w:tcPr>
          <w:p w14:paraId="4B820D57" w14:textId="77777777" w:rsidR="009D3BB1" w:rsidRPr="009D3BB1" w:rsidRDefault="009D3BB1" w:rsidP="00C72C2E">
            <w:pPr>
              <w:rPr>
                <w:rFonts w:ascii="Calibri" w:hAnsi="Calibri" w:cs="Calibri"/>
              </w:rPr>
            </w:pPr>
          </w:p>
        </w:tc>
      </w:tr>
      <w:tr w:rsidR="009D3BB1" w:rsidRPr="009D3BB1" w14:paraId="4C8AB4D5" w14:textId="57469A45" w:rsidTr="009D3BB1">
        <w:tc>
          <w:tcPr>
            <w:tcW w:w="3397" w:type="dxa"/>
          </w:tcPr>
          <w:p w14:paraId="5B2D06B4" w14:textId="64F20316" w:rsidR="009D3BB1" w:rsidRPr="009D3BB1" w:rsidRDefault="009D3BB1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Address</w:t>
            </w:r>
          </w:p>
        </w:tc>
        <w:tc>
          <w:tcPr>
            <w:tcW w:w="6804" w:type="dxa"/>
          </w:tcPr>
          <w:p w14:paraId="4A9936D6" w14:textId="77777777" w:rsidR="009D3BB1" w:rsidRPr="009D3BB1" w:rsidRDefault="009D3BB1" w:rsidP="00C72C2E">
            <w:pPr>
              <w:rPr>
                <w:rFonts w:ascii="Calibri" w:hAnsi="Calibri" w:cs="Calibri"/>
              </w:rPr>
            </w:pPr>
          </w:p>
        </w:tc>
      </w:tr>
      <w:tr w:rsidR="009D3BB1" w:rsidRPr="009D3BB1" w14:paraId="6D1E4C6F" w14:textId="72D98D8D" w:rsidTr="009D3BB1">
        <w:tc>
          <w:tcPr>
            <w:tcW w:w="3397" w:type="dxa"/>
          </w:tcPr>
          <w:p w14:paraId="2FF4A29D" w14:textId="336D4915" w:rsidR="009D3BB1" w:rsidRPr="009D3BB1" w:rsidRDefault="009D3BB1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Telephone Number</w:t>
            </w:r>
          </w:p>
        </w:tc>
        <w:tc>
          <w:tcPr>
            <w:tcW w:w="6804" w:type="dxa"/>
          </w:tcPr>
          <w:p w14:paraId="1F1843F3" w14:textId="77777777" w:rsidR="009D3BB1" w:rsidRPr="009D3BB1" w:rsidRDefault="009D3BB1" w:rsidP="00C72C2E">
            <w:pPr>
              <w:rPr>
                <w:rFonts w:ascii="Calibri" w:hAnsi="Calibri" w:cs="Calibri"/>
              </w:rPr>
            </w:pPr>
          </w:p>
        </w:tc>
      </w:tr>
    </w:tbl>
    <w:p w14:paraId="22543ED7" w14:textId="77777777" w:rsidR="00F50A8A" w:rsidRPr="009D3BB1" w:rsidRDefault="00F50A8A" w:rsidP="00F50A8A">
      <w:pPr>
        <w:pStyle w:val="Heading3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Reference 2</w:t>
      </w:r>
    </w:p>
    <w:tbl>
      <w:tblPr>
        <w:tblStyle w:val="TableGrid"/>
        <w:tblW w:w="10214" w:type="dxa"/>
        <w:tblLook w:val="04A0" w:firstRow="1" w:lastRow="0" w:firstColumn="1" w:lastColumn="0" w:noHBand="0" w:noVBand="1"/>
      </w:tblPr>
      <w:tblGrid>
        <w:gridCol w:w="3397"/>
        <w:gridCol w:w="6817"/>
      </w:tblGrid>
      <w:tr w:rsidR="00C72C2E" w:rsidRPr="009D3BB1" w14:paraId="327CC51F" w14:textId="77777777" w:rsidTr="00B823E6">
        <w:tc>
          <w:tcPr>
            <w:tcW w:w="3397" w:type="dxa"/>
          </w:tcPr>
          <w:p w14:paraId="5D2AD0E0" w14:textId="42B7382C" w:rsidR="00C72C2E" w:rsidRPr="009D3BB1" w:rsidRDefault="00C72C2E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Name</w:t>
            </w:r>
          </w:p>
        </w:tc>
        <w:tc>
          <w:tcPr>
            <w:tcW w:w="6817" w:type="dxa"/>
          </w:tcPr>
          <w:p w14:paraId="0F9717E7" w14:textId="2D19FCD4" w:rsidR="00C72C2E" w:rsidRPr="009D3BB1" w:rsidRDefault="00C72C2E" w:rsidP="00C72C2E">
            <w:pPr>
              <w:rPr>
                <w:rFonts w:ascii="Calibri" w:hAnsi="Calibri" w:cs="Calibri"/>
              </w:rPr>
            </w:pPr>
          </w:p>
        </w:tc>
      </w:tr>
      <w:tr w:rsidR="00C72C2E" w:rsidRPr="009D3BB1" w14:paraId="4CE9E48F" w14:textId="77777777" w:rsidTr="00B823E6">
        <w:tc>
          <w:tcPr>
            <w:tcW w:w="3397" w:type="dxa"/>
          </w:tcPr>
          <w:p w14:paraId="50E47FF2" w14:textId="43AB2483" w:rsidR="00C72C2E" w:rsidRPr="009D3BB1" w:rsidRDefault="00C72C2E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Relationship to You</w:t>
            </w:r>
          </w:p>
        </w:tc>
        <w:tc>
          <w:tcPr>
            <w:tcW w:w="6817" w:type="dxa"/>
          </w:tcPr>
          <w:p w14:paraId="441DF918" w14:textId="35780EAC" w:rsidR="00C72C2E" w:rsidRPr="009D3BB1" w:rsidRDefault="00C72C2E" w:rsidP="00C72C2E">
            <w:pPr>
              <w:rPr>
                <w:rFonts w:ascii="Calibri" w:hAnsi="Calibri" w:cs="Calibri"/>
              </w:rPr>
            </w:pPr>
          </w:p>
        </w:tc>
      </w:tr>
      <w:tr w:rsidR="00C72C2E" w:rsidRPr="009D3BB1" w14:paraId="1E96F149" w14:textId="77777777" w:rsidTr="00B823E6">
        <w:tc>
          <w:tcPr>
            <w:tcW w:w="3397" w:type="dxa"/>
          </w:tcPr>
          <w:p w14:paraId="3CD5F9A6" w14:textId="1F41BF15" w:rsidR="00C72C2E" w:rsidRPr="009D3BB1" w:rsidRDefault="00C72C2E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How long have they known you?</w:t>
            </w:r>
          </w:p>
        </w:tc>
        <w:tc>
          <w:tcPr>
            <w:tcW w:w="6817" w:type="dxa"/>
          </w:tcPr>
          <w:p w14:paraId="3D206386" w14:textId="42804B13" w:rsidR="00C72C2E" w:rsidRPr="009D3BB1" w:rsidRDefault="00C72C2E" w:rsidP="00C72C2E">
            <w:pPr>
              <w:rPr>
                <w:rFonts w:ascii="Calibri" w:hAnsi="Calibri" w:cs="Calibri"/>
              </w:rPr>
            </w:pPr>
          </w:p>
        </w:tc>
      </w:tr>
      <w:tr w:rsidR="00C72C2E" w:rsidRPr="009D3BB1" w14:paraId="40DBCF08" w14:textId="77777777" w:rsidTr="00B823E6">
        <w:tc>
          <w:tcPr>
            <w:tcW w:w="3397" w:type="dxa"/>
          </w:tcPr>
          <w:p w14:paraId="12A34DDC" w14:textId="63AFBB2E" w:rsidR="00C72C2E" w:rsidRPr="009D3BB1" w:rsidRDefault="00C72C2E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Email Address</w:t>
            </w:r>
          </w:p>
        </w:tc>
        <w:tc>
          <w:tcPr>
            <w:tcW w:w="6817" w:type="dxa"/>
          </w:tcPr>
          <w:p w14:paraId="3A2BE422" w14:textId="77777777" w:rsidR="00C72C2E" w:rsidRPr="009D3BB1" w:rsidRDefault="00C72C2E" w:rsidP="00C72C2E">
            <w:pPr>
              <w:rPr>
                <w:rFonts w:ascii="Calibri" w:hAnsi="Calibri" w:cs="Calibri"/>
              </w:rPr>
            </w:pPr>
          </w:p>
        </w:tc>
      </w:tr>
      <w:tr w:rsidR="00C72C2E" w:rsidRPr="009D3BB1" w14:paraId="78DE5A7B" w14:textId="77777777" w:rsidTr="00B823E6">
        <w:tc>
          <w:tcPr>
            <w:tcW w:w="3397" w:type="dxa"/>
          </w:tcPr>
          <w:p w14:paraId="6B2500AF" w14:textId="6998A8B7" w:rsidR="00C72C2E" w:rsidRPr="009D3BB1" w:rsidRDefault="00C72C2E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Address</w:t>
            </w:r>
          </w:p>
        </w:tc>
        <w:tc>
          <w:tcPr>
            <w:tcW w:w="6817" w:type="dxa"/>
          </w:tcPr>
          <w:p w14:paraId="2BB92572" w14:textId="77777777" w:rsidR="00C72C2E" w:rsidRPr="009D3BB1" w:rsidRDefault="00C72C2E" w:rsidP="00C72C2E">
            <w:pPr>
              <w:rPr>
                <w:rFonts w:ascii="Calibri" w:hAnsi="Calibri" w:cs="Calibri"/>
              </w:rPr>
            </w:pPr>
          </w:p>
        </w:tc>
      </w:tr>
      <w:tr w:rsidR="00C72C2E" w:rsidRPr="009D3BB1" w14:paraId="6D1F6172" w14:textId="77777777" w:rsidTr="00B823E6">
        <w:tc>
          <w:tcPr>
            <w:tcW w:w="3397" w:type="dxa"/>
          </w:tcPr>
          <w:p w14:paraId="3A77A9DA" w14:textId="6C6EFE81" w:rsidR="00C72C2E" w:rsidRPr="009D3BB1" w:rsidRDefault="00C72C2E" w:rsidP="00C72C2E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Telephone Number</w:t>
            </w:r>
          </w:p>
        </w:tc>
        <w:tc>
          <w:tcPr>
            <w:tcW w:w="6817" w:type="dxa"/>
          </w:tcPr>
          <w:p w14:paraId="1114FC4A" w14:textId="77777777" w:rsidR="00C72C2E" w:rsidRPr="009D3BB1" w:rsidRDefault="00C72C2E" w:rsidP="00C72C2E">
            <w:pPr>
              <w:rPr>
                <w:rFonts w:ascii="Calibri" w:hAnsi="Calibri" w:cs="Calibri"/>
              </w:rPr>
            </w:pPr>
          </w:p>
        </w:tc>
      </w:tr>
    </w:tbl>
    <w:p w14:paraId="0542193F" w14:textId="77777777" w:rsidR="00F50A8A" w:rsidRPr="009D3BB1" w:rsidRDefault="00F50A8A" w:rsidP="00F50A8A">
      <w:pPr>
        <w:pStyle w:val="Heading2"/>
        <w:rPr>
          <w:rFonts w:ascii="Calibri" w:hAnsi="Calibri" w:cs="Calibri"/>
          <w:color w:val="009900"/>
        </w:rPr>
      </w:pPr>
      <w:r w:rsidRPr="009D3BB1">
        <w:rPr>
          <w:rFonts w:ascii="Calibri" w:hAnsi="Calibri" w:cs="Calibri"/>
          <w:color w:val="009900"/>
        </w:rPr>
        <w:t>Applicant Declaration</w:t>
      </w:r>
    </w:p>
    <w:p w14:paraId="53CF4367" w14:textId="77777777" w:rsidR="00F50A8A" w:rsidRDefault="00F50A8A" w:rsidP="002F0A60">
      <w:pPr>
        <w:spacing w:after="0"/>
        <w:rPr>
          <w:rFonts w:ascii="Calibri" w:hAnsi="Calibri" w:cs="Calibri"/>
        </w:rPr>
      </w:pPr>
      <w:r w:rsidRPr="009D3BB1">
        <w:rPr>
          <w:rFonts w:ascii="Calibri" w:hAnsi="Calibri" w:cs="Calibri"/>
        </w:rPr>
        <w:t>Marsh Green Primary School is committed to safeguarding and promoting the welfare of children and expects all volunteers, students and visitors to share this commitment.</w:t>
      </w:r>
      <w:r w:rsidRPr="009D3BB1">
        <w:rPr>
          <w:rFonts w:ascii="Calibri" w:hAnsi="Calibri" w:cs="Calibri"/>
        </w:rPr>
        <w:br/>
      </w:r>
      <w:r w:rsidRPr="009D3BB1">
        <w:rPr>
          <w:rFonts w:ascii="Calibri" w:hAnsi="Calibri" w:cs="Calibri"/>
        </w:rPr>
        <w:br/>
        <w:t>I confirm that the information provided in this application is true and accurate to the best of my knowledge. I understand that submitting this application does not guarantee a placement. If offered a placement, I agree to complete all required safeguarding and pre-employment checks, including an Enhanced DBS check where applicable, and to comply with the school's safeguarding, confidentiality, health and safety and professional conduct expectations.</w:t>
      </w:r>
    </w:p>
    <w:p w14:paraId="6E7DE692" w14:textId="77777777" w:rsidR="002F0A60" w:rsidRDefault="002F0A60" w:rsidP="002F0A60">
      <w:pPr>
        <w:spacing w:after="0"/>
        <w:rPr>
          <w:rFonts w:ascii="Calibri" w:hAnsi="Calibri" w:cs="Calibri"/>
        </w:rPr>
      </w:pPr>
    </w:p>
    <w:p w14:paraId="57F490C5" w14:textId="28097C32" w:rsidR="002F0A60" w:rsidRPr="002F0A60" w:rsidRDefault="002F0A60" w:rsidP="002F0A60">
      <w:pPr>
        <w:rPr>
          <w:rFonts w:ascii="Calibri" w:hAnsi="Calibri" w:cs="Calibri"/>
          <w:lang w:val="en-GB"/>
        </w:rPr>
      </w:pPr>
      <w:r>
        <w:rPr>
          <w:rFonts w:ascii="Calibri" w:hAnsi="Calibri" w:cs="Calibri"/>
        </w:rPr>
        <w:t>Please note, i</w:t>
      </w:r>
      <w:r w:rsidRPr="002F0A60">
        <w:rPr>
          <w:rFonts w:ascii="Calibri" w:hAnsi="Calibri" w:cs="Calibri"/>
          <w:lang w:val="en-GB"/>
        </w:rPr>
        <w:t xml:space="preserve">f you have lived outside the UK since turning 18, you will also need to obtain a police clearance certificate (overseas criminal record check) from the country or countries where you lived. For help with applying, please see the </w:t>
      </w:r>
      <w:hyperlink r:id="rId9" w:history="1">
        <w:r w:rsidRPr="002F0A60">
          <w:rPr>
            <w:rStyle w:val="Hyperlink"/>
            <w:rFonts w:ascii="Calibri" w:hAnsi="Calibri" w:cs="Calibri"/>
            <w:lang w:val="en-GB"/>
          </w:rPr>
          <w:t>GOV.UK country-by-country guidance</w:t>
        </w:r>
      </w:hyperlink>
      <w:r w:rsidRPr="002F0A60">
        <w:rPr>
          <w:rFonts w:ascii="Calibri" w:hAnsi="Calibri" w:cs="Calibri"/>
          <w:lang w:val="en-GB"/>
        </w:rPr>
        <w:t>.</w:t>
      </w:r>
      <w:r>
        <w:rPr>
          <w:rFonts w:ascii="Calibri" w:hAnsi="Calibri" w:cs="Calibri"/>
          <w:lang w:val="en-GB"/>
        </w:rPr>
        <w:t xml:space="preserve">  This is required by all schools.</w:t>
      </w:r>
    </w:p>
    <w:p w14:paraId="79CEAFD5" w14:textId="77777777" w:rsidR="002F0A60" w:rsidRPr="009D3BB1" w:rsidRDefault="002F0A60" w:rsidP="006E77E2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7"/>
        <w:gridCol w:w="5107"/>
      </w:tblGrid>
      <w:tr w:rsidR="00F50A8A" w:rsidRPr="009D3BB1" w14:paraId="3BA2FD96" w14:textId="77777777" w:rsidTr="006E77E2">
        <w:tc>
          <w:tcPr>
            <w:tcW w:w="5107" w:type="dxa"/>
          </w:tcPr>
          <w:p w14:paraId="277DC49E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Signature</w:t>
            </w:r>
          </w:p>
          <w:p w14:paraId="767C9702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  <w:p w14:paraId="5159A520" w14:textId="77777777" w:rsidR="00AB00D3" w:rsidRPr="009D3BB1" w:rsidRDefault="00AB00D3" w:rsidP="00AE4AB3">
            <w:pPr>
              <w:rPr>
                <w:rFonts w:ascii="Calibri" w:hAnsi="Calibri" w:cs="Calibri"/>
              </w:rPr>
            </w:pPr>
          </w:p>
        </w:tc>
        <w:tc>
          <w:tcPr>
            <w:tcW w:w="5107" w:type="dxa"/>
          </w:tcPr>
          <w:p w14:paraId="7720AD3D" w14:textId="77777777" w:rsidR="00F50A8A" w:rsidRPr="009D3BB1" w:rsidRDefault="00F50A8A" w:rsidP="00AE4AB3">
            <w:pPr>
              <w:rPr>
                <w:rFonts w:ascii="Calibri" w:hAnsi="Calibri" w:cs="Calibri"/>
              </w:rPr>
            </w:pPr>
            <w:r w:rsidRPr="009D3BB1">
              <w:rPr>
                <w:rFonts w:ascii="Calibri" w:hAnsi="Calibri" w:cs="Calibri"/>
              </w:rPr>
              <w:t>Date</w:t>
            </w:r>
          </w:p>
        </w:tc>
      </w:tr>
    </w:tbl>
    <w:p w14:paraId="78CE6E7D" w14:textId="77777777" w:rsidR="006E77E2" w:rsidRDefault="006E77E2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38E1294F" w14:textId="27B57ECE" w:rsidR="006E77E2" w:rsidRPr="006E77E2" w:rsidRDefault="006E77E2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  <w:r w:rsidRPr="006E77E2"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  <w:t>Returning Your Application</w:t>
      </w:r>
    </w:p>
    <w:p w14:paraId="149E8AF8" w14:textId="5730D4EF" w:rsidR="006E77E2" w:rsidRPr="006E77E2" w:rsidRDefault="006E77E2" w:rsidP="006E77E2">
      <w:pPr>
        <w:rPr>
          <w:rFonts w:ascii="Calibri" w:hAnsi="Calibri" w:cs="Calibri"/>
        </w:rPr>
      </w:pPr>
      <w:r w:rsidRPr="006E77E2">
        <w:rPr>
          <w:rFonts w:ascii="Calibri" w:hAnsi="Calibri" w:cs="Calibri"/>
        </w:rPr>
        <w:t>Please return your completed application form to:</w:t>
      </w:r>
      <w:r>
        <w:rPr>
          <w:rFonts w:ascii="Calibri" w:hAnsi="Calibri" w:cs="Calibri"/>
        </w:rPr>
        <w:t xml:space="preserve"> </w:t>
      </w:r>
      <w:r w:rsidRPr="006E77E2">
        <w:rPr>
          <w:rFonts w:ascii="Segoe UI Emoji" w:hAnsi="Segoe UI Emoji" w:cs="Segoe UI Emoji"/>
        </w:rPr>
        <w:t>📧</w:t>
      </w:r>
      <w:r w:rsidRPr="006E77E2">
        <w:rPr>
          <w:rFonts w:ascii="Calibri" w:hAnsi="Calibri" w:cs="Calibri"/>
        </w:rPr>
        <w:t xml:space="preserve"> </w:t>
      </w:r>
      <w:r w:rsidRPr="006E77E2">
        <w:rPr>
          <w:rFonts w:ascii="Calibri" w:hAnsi="Calibri" w:cs="Calibri"/>
          <w:b/>
          <w:bCs/>
        </w:rPr>
        <w:t>HR@marshgreen.bardaglea.org.uk</w:t>
      </w:r>
    </w:p>
    <w:p w14:paraId="2145FFDF" w14:textId="77777777" w:rsidR="006E77E2" w:rsidRPr="006E77E2" w:rsidRDefault="006E77E2" w:rsidP="006E77E2">
      <w:pPr>
        <w:rPr>
          <w:rFonts w:ascii="Calibri" w:hAnsi="Calibri" w:cs="Calibri"/>
        </w:rPr>
      </w:pPr>
      <w:r w:rsidRPr="006E77E2">
        <w:rPr>
          <w:rFonts w:ascii="Calibri" w:hAnsi="Calibri" w:cs="Calibri"/>
        </w:rPr>
        <w:t>Thank you for your interest in volunteering or completing a placement at Marsh Green Primary School. We appreciate the time you have taken to complete this application and look forward to hearing from you.</w:t>
      </w:r>
    </w:p>
    <w:p w14:paraId="1575D532" w14:textId="77777777" w:rsidR="006E77E2" w:rsidRPr="006E77E2" w:rsidRDefault="00000000" w:rsidP="006E77E2">
      <w:pPr>
        <w:rPr>
          <w:rFonts w:ascii="Calibri" w:eastAsiaTheme="majorEastAsia" w:hAnsi="Calibri" w:cs="Calibri"/>
          <w:b/>
          <w:bCs/>
          <w:color w:val="009900"/>
          <w:sz w:val="26"/>
          <w:szCs w:val="26"/>
          <w:lang w:val="en-GB"/>
        </w:rPr>
      </w:pPr>
      <w:r>
        <w:rPr>
          <w:rFonts w:ascii="Calibri" w:eastAsiaTheme="majorEastAsia" w:hAnsi="Calibri" w:cs="Calibri"/>
          <w:b/>
          <w:bCs/>
          <w:color w:val="009900"/>
          <w:sz w:val="26"/>
          <w:szCs w:val="26"/>
          <w:lang w:val="en-GB"/>
        </w:rPr>
        <w:pict w14:anchorId="50AB33E5">
          <v:rect id="_x0000_i1025" style="width:0;height:1.5pt" o:hralign="center" o:hrstd="t" o:hr="t" fillcolor="#a0a0a0" stroked="f"/>
        </w:pict>
      </w:r>
    </w:p>
    <w:p w14:paraId="6480A811" w14:textId="77777777" w:rsidR="006E77E2" w:rsidRPr="006E77E2" w:rsidRDefault="006E77E2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  <w:r w:rsidRPr="006E77E2"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  <w:t>What Happens Next?</w:t>
      </w:r>
    </w:p>
    <w:p w14:paraId="36BC8A43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Calibri" w:hAnsi="Calibri" w:cs="Calibri"/>
        </w:rPr>
        <w:t>Once we receive your application, we will:</w:t>
      </w:r>
    </w:p>
    <w:p w14:paraId="7A11105E" w14:textId="77777777" w:rsidR="006E77E2" w:rsidRPr="006E77E2" w:rsidRDefault="006E77E2" w:rsidP="006E77E2">
      <w:pPr>
        <w:numPr>
          <w:ilvl w:val="0"/>
          <w:numId w:val="10"/>
        </w:numPr>
        <w:spacing w:after="0"/>
        <w:rPr>
          <w:rFonts w:ascii="Calibri" w:hAnsi="Calibri" w:cs="Calibri"/>
        </w:rPr>
      </w:pPr>
      <w:r w:rsidRPr="006E77E2">
        <w:rPr>
          <w:rFonts w:ascii="Calibri" w:hAnsi="Calibri" w:cs="Calibri"/>
        </w:rPr>
        <w:t xml:space="preserve">Review your application form. </w:t>
      </w:r>
    </w:p>
    <w:p w14:paraId="7BADD2CB" w14:textId="77777777" w:rsidR="006E77E2" w:rsidRPr="006E77E2" w:rsidRDefault="006E77E2" w:rsidP="006E77E2">
      <w:pPr>
        <w:numPr>
          <w:ilvl w:val="0"/>
          <w:numId w:val="10"/>
        </w:numPr>
        <w:spacing w:after="0"/>
        <w:rPr>
          <w:rFonts w:ascii="Calibri" w:hAnsi="Calibri" w:cs="Calibri"/>
        </w:rPr>
      </w:pPr>
      <w:r w:rsidRPr="006E77E2">
        <w:rPr>
          <w:rFonts w:ascii="Calibri" w:hAnsi="Calibri" w:cs="Calibri"/>
        </w:rPr>
        <w:t xml:space="preserve">Contact your referees, where appropriate. </w:t>
      </w:r>
    </w:p>
    <w:p w14:paraId="567C9E45" w14:textId="77777777" w:rsidR="006E77E2" w:rsidRPr="006E77E2" w:rsidRDefault="006E77E2" w:rsidP="006E77E2">
      <w:pPr>
        <w:numPr>
          <w:ilvl w:val="0"/>
          <w:numId w:val="10"/>
        </w:numPr>
        <w:spacing w:after="0"/>
        <w:rPr>
          <w:rFonts w:ascii="Calibri" w:hAnsi="Calibri" w:cs="Calibri"/>
        </w:rPr>
      </w:pPr>
      <w:r w:rsidRPr="006E77E2">
        <w:rPr>
          <w:rFonts w:ascii="Calibri" w:hAnsi="Calibri" w:cs="Calibri"/>
        </w:rPr>
        <w:t xml:space="preserve">If a suitable placement is available, invite you to an informal meeting. </w:t>
      </w:r>
    </w:p>
    <w:p w14:paraId="05D0A5E5" w14:textId="77777777" w:rsidR="006E77E2" w:rsidRPr="006E77E2" w:rsidRDefault="006E77E2" w:rsidP="006E77E2">
      <w:pPr>
        <w:numPr>
          <w:ilvl w:val="0"/>
          <w:numId w:val="10"/>
        </w:numPr>
        <w:spacing w:after="0"/>
        <w:rPr>
          <w:rFonts w:ascii="Calibri" w:hAnsi="Calibri" w:cs="Calibri"/>
        </w:rPr>
      </w:pPr>
      <w:r w:rsidRPr="006E77E2">
        <w:rPr>
          <w:rFonts w:ascii="Calibri" w:hAnsi="Calibri" w:cs="Calibri"/>
        </w:rPr>
        <w:t xml:space="preserve">Complete the necessary safeguarding and pre-employment checks. </w:t>
      </w:r>
    </w:p>
    <w:p w14:paraId="3078FA17" w14:textId="77777777" w:rsidR="006E77E2" w:rsidRPr="006E77E2" w:rsidRDefault="006E77E2" w:rsidP="006E77E2">
      <w:pPr>
        <w:numPr>
          <w:ilvl w:val="0"/>
          <w:numId w:val="10"/>
        </w:numPr>
        <w:spacing w:after="0"/>
        <w:rPr>
          <w:rFonts w:ascii="Calibri" w:hAnsi="Calibri" w:cs="Calibri"/>
        </w:rPr>
      </w:pPr>
      <w:r w:rsidRPr="006E77E2">
        <w:rPr>
          <w:rFonts w:ascii="Calibri" w:hAnsi="Calibri" w:cs="Calibri"/>
        </w:rPr>
        <w:t xml:space="preserve">If your application is successful, arrange your induction and agree a suitable start date. </w:t>
      </w:r>
    </w:p>
    <w:p w14:paraId="2C1F0B2A" w14:textId="77777777" w:rsidR="006E77E2" w:rsidRPr="006E77E2" w:rsidRDefault="00000000" w:rsidP="006E77E2">
      <w:pPr>
        <w:rPr>
          <w:rFonts w:ascii="Calibri" w:eastAsiaTheme="majorEastAsia" w:hAnsi="Calibri" w:cs="Calibri"/>
          <w:b/>
          <w:bCs/>
          <w:color w:val="009900"/>
          <w:sz w:val="26"/>
          <w:szCs w:val="26"/>
          <w:lang w:val="en-GB"/>
        </w:rPr>
      </w:pPr>
      <w:r>
        <w:rPr>
          <w:rFonts w:ascii="Calibri" w:eastAsiaTheme="majorEastAsia" w:hAnsi="Calibri" w:cs="Calibri"/>
          <w:b/>
          <w:bCs/>
          <w:color w:val="009900"/>
          <w:sz w:val="26"/>
          <w:szCs w:val="26"/>
          <w:lang w:val="en-GB"/>
        </w:rPr>
        <w:pict w14:anchorId="52F2C67C">
          <v:rect id="_x0000_i1026" style="width:0;height:1.5pt" o:hralign="center" o:hrstd="t" o:hr="t" fillcolor="#a0a0a0" stroked="f"/>
        </w:pict>
      </w:r>
    </w:p>
    <w:p w14:paraId="6D3E538B" w14:textId="77777777" w:rsidR="002F0A60" w:rsidRDefault="002F0A60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2EB5FB17" w14:textId="77777777" w:rsidR="002F0A60" w:rsidRDefault="002F0A60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26792A59" w14:textId="77777777" w:rsidR="002F0A60" w:rsidRDefault="002F0A60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5342D188" w14:textId="77777777" w:rsidR="002F0A60" w:rsidRDefault="002F0A60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068B77A0" w14:textId="77777777" w:rsidR="002F0A60" w:rsidRDefault="002F0A60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4B91985A" w14:textId="77777777" w:rsidR="002F0A60" w:rsidRDefault="002F0A60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167215C8" w14:textId="77777777" w:rsidR="002F0A60" w:rsidRDefault="002F0A60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54A0B257" w14:textId="77777777" w:rsidR="002F0A60" w:rsidRDefault="002F0A60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</w:p>
    <w:p w14:paraId="3DFC16AF" w14:textId="31BA56CD" w:rsidR="006E77E2" w:rsidRPr="006E77E2" w:rsidRDefault="006E77E2" w:rsidP="006E77E2">
      <w:pPr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</w:pPr>
      <w:r w:rsidRPr="006E77E2">
        <w:rPr>
          <w:rFonts w:ascii="Calibri" w:eastAsiaTheme="majorEastAsia" w:hAnsi="Calibri" w:cs="Calibri"/>
          <w:b/>
          <w:bCs/>
          <w:color w:val="7030A0"/>
          <w:sz w:val="26"/>
          <w:szCs w:val="26"/>
          <w:lang w:val="en-GB"/>
        </w:rPr>
        <w:t>Office Use Only</w:t>
      </w:r>
    </w:p>
    <w:p w14:paraId="0AFF1BE8" w14:textId="77777777" w:rsidR="006E77E2" w:rsidRPr="006E77E2" w:rsidRDefault="006E77E2" w:rsidP="006E77E2">
      <w:pPr>
        <w:rPr>
          <w:rFonts w:ascii="Calibri" w:hAnsi="Calibri" w:cs="Calibri"/>
        </w:rPr>
      </w:pPr>
      <w:r w:rsidRPr="006E77E2">
        <w:rPr>
          <w:rFonts w:ascii="Calibri" w:hAnsi="Calibri" w:cs="Calibri"/>
        </w:rPr>
        <w:t>Date application received: ___________________________________</w:t>
      </w:r>
    </w:p>
    <w:p w14:paraId="77DE4F12" w14:textId="77777777" w:rsidR="006E77E2" w:rsidRPr="006E77E2" w:rsidRDefault="006E77E2" w:rsidP="006E77E2">
      <w:pPr>
        <w:rPr>
          <w:rFonts w:ascii="Calibri" w:hAnsi="Calibri" w:cs="Calibri"/>
        </w:rPr>
      </w:pPr>
      <w:r w:rsidRPr="006E77E2">
        <w:rPr>
          <w:rFonts w:ascii="Calibri" w:hAnsi="Calibri" w:cs="Calibri"/>
        </w:rPr>
        <w:t>Initial meeting arranged with the Volunteer/Work Experience Induction Leader: ___________________________________</w:t>
      </w:r>
    </w:p>
    <w:p w14:paraId="268C63CC" w14:textId="77777777" w:rsidR="006E77E2" w:rsidRPr="006E77E2" w:rsidRDefault="006E77E2" w:rsidP="006E77E2">
      <w:pPr>
        <w:rPr>
          <w:rFonts w:ascii="Calibri" w:hAnsi="Calibri" w:cs="Calibri"/>
          <w:b/>
          <w:bCs/>
          <w:color w:val="009900"/>
        </w:rPr>
      </w:pPr>
      <w:r w:rsidRPr="006E77E2">
        <w:rPr>
          <w:rFonts w:ascii="Calibri" w:hAnsi="Calibri" w:cs="Calibri"/>
          <w:b/>
          <w:bCs/>
          <w:color w:val="009900"/>
        </w:rPr>
        <w:t>Pre-placement Checks</w:t>
      </w:r>
    </w:p>
    <w:p w14:paraId="72DD3F21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Calibri" w:hAnsi="Calibri" w:cs="Calibri"/>
        </w:rPr>
        <w:t>If the applicant is suitable, the following checks must be completed before they can begin their placement at Marsh Green Primary School:</w:t>
      </w:r>
    </w:p>
    <w:p w14:paraId="2CCBD3C5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References requested by the School Business Manager</w:t>
      </w:r>
    </w:p>
    <w:p w14:paraId="2287ECEF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References received and approved by the Headteacher and/or Deputy Headteacher</w:t>
      </w:r>
    </w:p>
    <w:p w14:paraId="5399416C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Identity verified by the School Business Manager</w:t>
      </w:r>
    </w:p>
    <w:p w14:paraId="396FB9B5" w14:textId="42CADF58" w:rsid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Enhanced DBS check completed</w:t>
      </w:r>
    </w:p>
    <w:p w14:paraId="01D17219" w14:textId="450F8CF9" w:rsidR="00D90179" w:rsidRPr="006E77E2" w:rsidRDefault="00D90179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Overseas Criminal Record</w:t>
      </w:r>
      <w:r w:rsidRPr="006E77E2">
        <w:rPr>
          <w:rFonts w:ascii="Calibri" w:hAnsi="Calibri" w:cs="Calibri"/>
        </w:rPr>
        <w:t xml:space="preserve"> check completed (where applicable)</w:t>
      </w:r>
    </w:p>
    <w:p w14:paraId="0E3416B2" w14:textId="77777777" w:rsidR="006E77E2" w:rsidRPr="006E77E2" w:rsidRDefault="00000000" w:rsidP="006E77E2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46B56B46">
          <v:rect id="_x0000_i1027" style="width:0;height:1.5pt" o:hralign="center" o:hrstd="t" o:hr="t" fillcolor="#a0a0a0" stroked="f"/>
        </w:pict>
      </w:r>
    </w:p>
    <w:p w14:paraId="7F575824" w14:textId="77777777" w:rsidR="006E77E2" w:rsidRPr="006E77E2" w:rsidRDefault="006E77E2" w:rsidP="006E77E2">
      <w:pPr>
        <w:rPr>
          <w:rFonts w:ascii="Calibri" w:hAnsi="Calibri" w:cs="Calibri"/>
          <w:b/>
          <w:bCs/>
          <w:color w:val="009900"/>
        </w:rPr>
      </w:pPr>
      <w:r w:rsidRPr="006E77E2">
        <w:rPr>
          <w:rFonts w:ascii="Calibri" w:hAnsi="Calibri" w:cs="Calibri"/>
          <w:b/>
          <w:bCs/>
          <w:color w:val="009900"/>
        </w:rPr>
        <w:t>Induction</w:t>
      </w:r>
    </w:p>
    <w:p w14:paraId="54DD6718" w14:textId="42D91D15" w:rsidR="006E77E2" w:rsidRPr="006E77E2" w:rsidRDefault="006E77E2" w:rsidP="006E77E2">
      <w:pPr>
        <w:rPr>
          <w:rFonts w:ascii="Calibri" w:hAnsi="Calibri" w:cs="Calibri"/>
        </w:rPr>
      </w:pPr>
      <w:r w:rsidRPr="006E77E2">
        <w:rPr>
          <w:rFonts w:ascii="Calibri" w:hAnsi="Calibri" w:cs="Calibri"/>
        </w:rPr>
        <w:t xml:space="preserve">Once all pre-employment and safeguarding checks have been completed, the Volunteer/Work Experience Induction Leader will complete the induction process with the </w:t>
      </w:r>
      <w:r w:rsidR="00291C8F">
        <w:rPr>
          <w:rFonts w:ascii="Calibri" w:hAnsi="Calibri" w:cs="Calibri"/>
        </w:rPr>
        <w:t>candidate</w:t>
      </w:r>
      <w:r w:rsidRPr="006E77E2">
        <w:rPr>
          <w:rFonts w:ascii="Calibri" w:hAnsi="Calibri" w:cs="Calibri"/>
        </w:rPr>
        <w:t>.</w:t>
      </w:r>
    </w:p>
    <w:p w14:paraId="4CC8F409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Calibri" w:hAnsi="Calibri" w:cs="Calibri"/>
        </w:rPr>
        <w:t>The following must be completed:</w:t>
      </w:r>
    </w:p>
    <w:p w14:paraId="5446E1D3" w14:textId="590E4198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Volunteer/Work Experience Induction Guide </w:t>
      </w:r>
      <w:r w:rsidR="00291C8F">
        <w:rPr>
          <w:rFonts w:ascii="Calibri" w:hAnsi="Calibri" w:cs="Calibri"/>
        </w:rPr>
        <w:t>completed</w:t>
      </w:r>
    </w:p>
    <w:p w14:paraId="3E522C5A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Volunteer/Work Experience Expectations explained</w:t>
      </w:r>
    </w:p>
    <w:p w14:paraId="717C4438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Volunteer/Work Experience Agreement signed</w:t>
      </w:r>
    </w:p>
    <w:p w14:paraId="47521C24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Safeguarding induction completed</w:t>
      </w:r>
    </w:p>
    <w:p w14:paraId="340E7E66" w14:textId="77777777" w:rsidR="006E77E2" w:rsidRPr="006E77E2" w:rsidRDefault="006E77E2" w:rsidP="006E77E2">
      <w:pPr>
        <w:spacing w:after="0"/>
        <w:rPr>
          <w:rFonts w:ascii="Calibri" w:hAnsi="Calibri" w:cs="Calibri"/>
        </w:rPr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Start date agreed</w:t>
      </w:r>
    </w:p>
    <w:p w14:paraId="514A5F6C" w14:textId="29EFE3C1" w:rsidR="00F50A8A" w:rsidRDefault="006E77E2" w:rsidP="006E77E2">
      <w:pPr>
        <w:spacing w:after="0"/>
      </w:pPr>
      <w:r w:rsidRPr="006E77E2">
        <w:rPr>
          <w:rFonts w:ascii="Segoe UI Symbol" w:hAnsi="Segoe UI Symbol" w:cs="Segoe UI Symbol"/>
        </w:rPr>
        <w:t>☐</w:t>
      </w:r>
      <w:r w:rsidRPr="006E77E2">
        <w:rPr>
          <w:rFonts w:ascii="Calibri" w:hAnsi="Calibri" w:cs="Calibri"/>
        </w:rPr>
        <w:t xml:space="preserve"> Mentor/Class Teacher allocated</w:t>
      </w:r>
    </w:p>
    <w:sectPr w:rsidR="00F50A8A" w:rsidSect="006E77E2">
      <w:footerReference w:type="default" r:id="rId10"/>
      <w:pgSz w:w="12240" w:h="15840"/>
      <w:pgMar w:top="720" w:right="1008" w:bottom="720" w:left="1008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146A6" w14:textId="77777777" w:rsidR="007B0E87" w:rsidRDefault="007B0E87">
      <w:pPr>
        <w:spacing w:after="0" w:line="240" w:lineRule="auto"/>
      </w:pPr>
      <w:r>
        <w:separator/>
      </w:r>
    </w:p>
  </w:endnote>
  <w:endnote w:type="continuationSeparator" w:id="0">
    <w:p w14:paraId="70A71B14" w14:textId="77777777" w:rsidR="007B0E87" w:rsidRDefault="007B0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7FF64" w14:textId="77777777" w:rsidR="0042256B" w:rsidRDefault="00000000">
    <w:pPr>
      <w:pStyle w:val="Foot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F7B019" wp14:editId="4E09D756">
          <wp:simplePos x="0" y="0"/>
          <wp:positionH relativeFrom="column">
            <wp:posOffset>1456690</wp:posOffset>
          </wp:positionH>
          <wp:positionV relativeFrom="paragraph">
            <wp:posOffset>-53559</wp:posOffset>
          </wp:positionV>
          <wp:extent cx="3574179" cy="684417"/>
          <wp:effectExtent l="0" t="0" r="0" b="1905"/>
          <wp:wrapNone/>
          <wp:docPr id="2023132802" name="Picture 20231328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GPS values 2023.pn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74179" cy="6844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AA662" w14:textId="77777777" w:rsidR="007B0E87" w:rsidRDefault="007B0E87">
      <w:pPr>
        <w:spacing w:after="0" w:line="240" w:lineRule="auto"/>
      </w:pPr>
      <w:r>
        <w:separator/>
      </w:r>
    </w:p>
  </w:footnote>
  <w:footnote w:type="continuationSeparator" w:id="0">
    <w:p w14:paraId="4A1B9447" w14:textId="77777777" w:rsidR="007B0E87" w:rsidRDefault="007B0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6F05DE4"/>
    <w:multiLevelType w:val="multilevel"/>
    <w:tmpl w:val="9BE07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570345">
    <w:abstractNumId w:val="8"/>
  </w:num>
  <w:num w:numId="2" w16cid:durableId="1723597939">
    <w:abstractNumId w:val="6"/>
  </w:num>
  <w:num w:numId="3" w16cid:durableId="1563252066">
    <w:abstractNumId w:val="5"/>
  </w:num>
  <w:num w:numId="4" w16cid:durableId="667052799">
    <w:abstractNumId w:val="4"/>
  </w:num>
  <w:num w:numId="5" w16cid:durableId="2013532767">
    <w:abstractNumId w:val="7"/>
  </w:num>
  <w:num w:numId="6" w16cid:durableId="1862930770">
    <w:abstractNumId w:val="3"/>
  </w:num>
  <w:num w:numId="7" w16cid:durableId="1520462389">
    <w:abstractNumId w:val="2"/>
  </w:num>
  <w:num w:numId="8" w16cid:durableId="1688435555">
    <w:abstractNumId w:val="1"/>
  </w:num>
  <w:num w:numId="9" w16cid:durableId="896164218">
    <w:abstractNumId w:val="0"/>
  </w:num>
  <w:num w:numId="10" w16cid:durableId="11233831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761C"/>
    <w:rsid w:val="00291C8F"/>
    <w:rsid w:val="0029639D"/>
    <w:rsid w:val="002F0A60"/>
    <w:rsid w:val="00326F90"/>
    <w:rsid w:val="0042256B"/>
    <w:rsid w:val="004B4E0D"/>
    <w:rsid w:val="006E77E2"/>
    <w:rsid w:val="007B0E87"/>
    <w:rsid w:val="00823C35"/>
    <w:rsid w:val="008967ED"/>
    <w:rsid w:val="008A1B65"/>
    <w:rsid w:val="0093498A"/>
    <w:rsid w:val="00987221"/>
    <w:rsid w:val="009D3BB1"/>
    <w:rsid w:val="00A259E0"/>
    <w:rsid w:val="00A877EC"/>
    <w:rsid w:val="00AA1D8D"/>
    <w:rsid w:val="00AB00D3"/>
    <w:rsid w:val="00B47730"/>
    <w:rsid w:val="00B823E6"/>
    <w:rsid w:val="00C72C2E"/>
    <w:rsid w:val="00C86800"/>
    <w:rsid w:val="00CB0664"/>
    <w:rsid w:val="00D90179"/>
    <w:rsid w:val="00E8712E"/>
    <w:rsid w:val="00EC2B77"/>
    <w:rsid w:val="00F50A8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D8B0B7"/>
  <w14:defaultImageDpi w14:val="300"/>
  <w15:docId w15:val="{A8EA98A5-A3F4-4933-9DE2-7808A03A8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2F0A60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F0A6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A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criminal-records-checks-for-overseas-applicant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1228</Words>
  <Characters>7000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27</vt:i4>
      </vt:variant>
    </vt:vector>
  </HeadingPairs>
  <TitlesOfParts>
    <vt:vector size="28" baseType="lpstr">
      <vt:lpstr/>
      <vt:lpstr>    Welcome</vt:lpstr>
      <vt:lpstr>    Our Commitment to You</vt:lpstr>
      <vt:lpstr>    Before You Complete This Form</vt:lpstr>
      <vt:lpstr>    How did you hear about us?</vt:lpstr>
      <vt:lpstr>Section 1 – About You</vt:lpstr>
      <vt:lpstr>    Medical Information</vt:lpstr>
      <vt:lpstr>    Data Protection</vt:lpstr>
      <vt:lpstr/>
      <vt:lpstr>Section 2 – Your Placement</vt:lpstr>
      <vt:lpstr>    Placement Type</vt:lpstr>
      <vt:lpstr>    Where would you like to volunteer?</vt:lpstr>
      <vt:lpstr>    When would you like to spend time in school each week? </vt:lpstr>
      <vt:lpstr>    </vt:lpstr>
      <vt:lpstr>    Current Situation</vt:lpstr>
      <vt:lpstr>Section 3 – Your Experience &amp; Interests</vt:lpstr>
      <vt:lpstr>    Education &amp; Qualifications</vt:lpstr>
      <vt:lpstr>    Previous Experience</vt:lpstr>
      <vt:lpstr>    Skills, Hobbies &amp; Interests</vt:lpstr>
      <vt:lpstr>    Why would you like to volunteer at Marsh Green Primary School?</vt:lpstr>
      <vt:lpstr>    </vt:lpstr>
      <vt:lpstr>    What do you hope to gain from this placement?</vt:lpstr>
      <vt:lpstr>Section 4 – References, Declaration &amp; Office Use</vt:lpstr>
      <vt:lpstr>    Children Attending Marsh Green Primary School</vt:lpstr>
      <vt:lpstr>    Character References</vt:lpstr>
      <vt:lpstr>        Reference 1</vt:lpstr>
      <vt:lpstr>        Reference 2</vt:lpstr>
      <vt:lpstr>    Applicant Declaration</vt:lpstr>
    </vt:vector>
  </TitlesOfParts>
  <Manager/>
  <Company/>
  <LinksUpToDate>false</LinksUpToDate>
  <CharactersWithSpaces>8212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Vicki Weekes</cp:lastModifiedBy>
  <cp:revision>6</cp:revision>
  <dcterms:created xsi:type="dcterms:W3CDTF">2026-07-27T11:07:00Z</dcterms:created>
  <dcterms:modified xsi:type="dcterms:W3CDTF">2026-09-28T19:51:00Z</dcterms:modified>
  <cp:category/>
</cp:coreProperties>
</file>